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432B31" w14:textId="77777777" w:rsidR="00772D43" w:rsidRPr="00A11256" w:rsidRDefault="00772D43" w:rsidP="00A06ADB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A11256">
        <w:rPr>
          <w:rFonts w:ascii="Times New Roman" w:hAnsi="Times New Roman" w:cs="Times New Roman"/>
          <w:b/>
          <w:bCs/>
        </w:rPr>
        <w:t>THE HONG KONG POLYTECHNIC UNIVERSITY</w:t>
      </w:r>
    </w:p>
    <w:p w14:paraId="77DCC52C" w14:textId="77777777" w:rsidR="00772D43" w:rsidRPr="00A11256" w:rsidRDefault="00772D43" w:rsidP="00A87A50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A11256">
        <w:rPr>
          <w:rFonts w:ascii="Times New Roman" w:hAnsi="Times New Roman" w:cs="Times New Roman"/>
          <w:b/>
          <w:bCs/>
        </w:rPr>
        <w:t>DEPARTMENT OF APPLIED SOCIAL SCIENCES</w:t>
      </w:r>
    </w:p>
    <w:p w14:paraId="6DDD3F2C" w14:textId="77777777" w:rsidR="00A87A50" w:rsidRPr="00A11256" w:rsidRDefault="00A87A50" w:rsidP="00A06ADB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14:paraId="6B852909" w14:textId="77777777" w:rsidR="00772D43" w:rsidRPr="00A11256" w:rsidRDefault="00772D43" w:rsidP="6D858B1C">
      <w:pPr>
        <w:spacing w:line="240" w:lineRule="auto"/>
        <w:jc w:val="center"/>
        <w:rPr>
          <w:rFonts w:ascii="Times New Roman" w:hAnsi="Times New Roman" w:cs="Times New Roman"/>
          <w:b/>
          <w:bCs/>
        </w:rPr>
      </w:pPr>
      <w:r w:rsidRPr="00A11256">
        <w:rPr>
          <w:rFonts w:ascii="Times New Roman" w:hAnsi="Times New Roman" w:cs="Times New Roman"/>
          <w:b/>
          <w:bCs/>
        </w:rPr>
        <w:t>Student Self-Evaluation Report for Fieldwork Placement</w:t>
      </w:r>
    </w:p>
    <w:p w14:paraId="7D772C9E" w14:textId="77777777" w:rsidR="006E47B1" w:rsidRPr="00A11256" w:rsidRDefault="66269A5F" w:rsidP="00A06ADB">
      <w:pPr>
        <w:jc w:val="center"/>
        <w:rPr>
          <w:rFonts w:ascii="Times New Roman" w:eastAsia="Calibri" w:hAnsi="Times New Roman" w:cs="Times New Roman"/>
          <w:i/>
          <w:iCs/>
          <w:color w:val="FF0000"/>
          <w:sz w:val="24"/>
          <w:szCs w:val="24"/>
          <w:u w:val="single"/>
          <w:lang w:val="en-HK"/>
        </w:rPr>
      </w:pPr>
      <w:r w:rsidRPr="00A11256">
        <w:rPr>
          <w:rFonts w:ascii="Times New Roman" w:eastAsia="Calibri" w:hAnsi="Times New Roman" w:cs="Times New Roman"/>
          <w:i/>
          <w:iCs/>
          <w:color w:val="FF0000"/>
          <w:sz w:val="24"/>
          <w:szCs w:val="24"/>
          <w:u w:val="single"/>
          <w:lang w:val="en-HK"/>
        </w:rPr>
        <w:t xml:space="preserve">The guideline serves as reference only. </w:t>
      </w:r>
    </w:p>
    <w:p w14:paraId="12876A45" w14:textId="4DB753C3" w:rsidR="66269A5F" w:rsidRPr="00E8758A" w:rsidRDefault="00E8758A" w:rsidP="00E8758A">
      <w:pPr>
        <w:jc w:val="center"/>
        <w:rPr>
          <w:rFonts w:ascii="Times New Roman" w:eastAsia="Calibri" w:hAnsi="Times New Roman" w:cs="Times New Roman"/>
          <w:i/>
          <w:iCs/>
          <w:color w:val="FF0000"/>
          <w:sz w:val="24"/>
          <w:szCs w:val="24"/>
        </w:rPr>
      </w:pPr>
      <w:r w:rsidRPr="00E8758A">
        <w:rPr>
          <w:i/>
          <w:iCs/>
          <w:sz w:val="24"/>
          <w:szCs w:val="24"/>
        </w:rPr>
        <w:t xml:space="preserve"> </w:t>
      </w:r>
      <w:r w:rsidRPr="00E8758A">
        <w:rPr>
          <w:rFonts w:ascii="Times New Roman" w:eastAsia="Calibri" w:hAnsi="Times New Roman" w:cs="Times New Roman"/>
          <w:i/>
          <w:iCs/>
          <w:color w:val="FF0000"/>
          <w:sz w:val="24"/>
          <w:szCs w:val="24"/>
        </w:rPr>
        <w:t>Supervisors and students may add items as needed to enhance the evaluation and reflection of students’ performance in fieldwork.</w:t>
      </w:r>
    </w:p>
    <w:p w14:paraId="1F998792" w14:textId="77777777" w:rsidR="008868F0" w:rsidRPr="00E8758A" w:rsidRDefault="008868F0" w:rsidP="00A06ADB">
      <w:pPr>
        <w:jc w:val="center"/>
        <w:rPr>
          <w:rFonts w:ascii="Times New Roman" w:eastAsia="Calibri" w:hAnsi="Times New Roman" w:cs="Times New Roman"/>
          <w:color w:val="FF0000"/>
          <w:sz w:val="24"/>
          <w:szCs w:val="24"/>
        </w:rPr>
      </w:pPr>
    </w:p>
    <w:p w14:paraId="63498C70" w14:textId="4F59A400" w:rsidR="6D858B1C" w:rsidRPr="00A11256" w:rsidRDefault="6D858B1C" w:rsidP="6D858B1C">
      <w:pPr>
        <w:spacing w:line="240" w:lineRule="auto"/>
        <w:jc w:val="center"/>
        <w:rPr>
          <w:rFonts w:ascii="Times New Roman" w:hAnsi="Times New Roman" w:cs="Times New Roman"/>
          <w:b/>
          <w:bCs/>
        </w:rPr>
      </w:pPr>
    </w:p>
    <w:p w14:paraId="6E842871" w14:textId="40B5085C" w:rsidR="00772D43" w:rsidRDefault="00772D43" w:rsidP="7F7B01E6">
      <w:pPr>
        <w:pStyle w:val="ListParagraph"/>
        <w:numPr>
          <w:ilvl w:val="0"/>
          <w:numId w:val="10"/>
        </w:numPr>
        <w:spacing w:line="240" w:lineRule="auto"/>
        <w:rPr>
          <w:rFonts w:ascii="Times New Roman" w:hAnsi="Times New Roman" w:cs="Times New Roman"/>
          <w:b/>
          <w:bCs/>
        </w:rPr>
      </w:pPr>
      <w:r w:rsidRPr="00A11256">
        <w:rPr>
          <w:rFonts w:ascii="Times New Roman" w:hAnsi="Times New Roman" w:cs="Times New Roman"/>
          <w:b/>
          <w:bCs/>
        </w:rPr>
        <w:t>Fact Sheet</w:t>
      </w:r>
    </w:p>
    <w:p w14:paraId="317F99FE" w14:textId="77777777" w:rsidR="00A11256" w:rsidRPr="00A11256" w:rsidRDefault="00A11256" w:rsidP="00A11256">
      <w:pPr>
        <w:pStyle w:val="ListParagraph"/>
        <w:spacing w:line="240" w:lineRule="auto"/>
        <w:rPr>
          <w:rFonts w:ascii="Times New Roman" w:hAnsi="Times New Roman" w:cs="Times New Roman"/>
          <w:b/>
          <w:bCs/>
        </w:rPr>
      </w:pPr>
    </w:p>
    <w:p w14:paraId="5F105FB9" w14:textId="713E44F0" w:rsidR="00772D43" w:rsidRPr="00A11256" w:rsidRDefault="00772D43" w:rsidP="00772D43">
      <w:pPr>
        <w:pStyle w:val="ListParagraph"/>
        <w:numPr>
          <w:ilvl w:val="1"/>
          <w:numId w:val="10"/>
        </w:numPr>
        <w:spacing w:line="240" w:lineRule="auto"/>
        <w:rPr>
          <w:rFonts w:ascii="Times New Roman" w:hAnsi="Times New Roman" w:cs="Times New Roman"/>
        </w:rPr>
      </w:pPr>
      <w:r w:rsidRPr="00A11256">
        <w:rPr>
          <w:rFonts w:ascii="Times New Roman" w:hAnsi="Times New Roman" w:cs="Times New Roman"/>
        </w:rPr>
        <w:t>Name of Student:</w:t>
      </w:r>
    </w:p>
    <w:p w14:paraId="49C8F48E" w14:textId="086279C1" w:rsidR="00E4167C" w:rsidRPr="00A11256" w:rsidRDefault="00E4167C" w:rsidP="00772D43">
      <w:pPr>
        <w:pStyle w:val="ListParagraph"/>
        <w:numPr>
          <w:ilvl w:val="1"/>
          <w:numId w:val="10"/>
        </w:numPr>
        <w:spacing w:line="240" w:lineRule="auto"/>
        <w:rPr>
          <w:rFonts w:ascii="Times New Roman" w:hAnsi="Times New Roman" w:cs="Times New Roman"/>
        </w:rPr>
      </w:pPr>
      <w:r w:rsidRPr="00A11256">
        <w:rPr>
          <w:rFonts w:ascii="Times New Roman" w:hAnsi="Times New Roman" w:cs="Times New Roman"/>
        </w:rPr>
        <w:t>Student Number:</w:t>
      </w:r>
    </w:p>
    <w:p w14:paraId="123532F9" w14:textId="1C6A12F4" w:rsidR="00772D43" w:rsidRPr="00A11256" w:rsidRDefault="000A5DFD" w:rsidP="00772D43">
      <w:pPr>
        <w:pStyle w:val="ListParagraph"/>
        <w:numPr>
          <w:ilvl w:val="1"/>
          <w:numId w:val="10"/>
        </w:numPr>
        <w:spacing w:line="240" w:lineRule="auto"/>
        <w:rPr>
          <w:rFonts w:ascii="Times New Roman" w:hAnsi="Times New Roman" w:cs="Times New Roman"/>
        </w:rPr>
      </w:pPr>
      <w:proofErr w:type="spellStart"/>
      <w:r w:rsidRPr="00A11256">
        <w:rPr>
          <w:rFonts w:ascii="Times New Roman" w:hAnsi="Times New Roman" w:cs="Times New Roman"/>
        </w:rPr>
        <w:t>Programme</w:t>
      </w:r>
      <w:proofErr w:type="spellEnd"/>
      <w:r w:rsidR="00772D43" w:rsidRPr="00A11256">
        <w:rPr>
          <w:rFonts w:ascii="Times New Roman" w:hAnsi="Times New Roman" w:cs="Times New Roman"/>
        </w:rPr>
        <w:t xml:space="preserve">: </w:t>
      </w:r>
      <w:r w:rsidR="009A6636" w:rsidRPr="00A11256">
        <w:rPr>
          <w:rFonts w:ascii="Times New Roman" w:hAnsi="Times New Roman" w:cs="Times New Roman"/>
        </w:rPr>
        <w:t>Bachelor of Social Work</w:t>
      </w:r>
      <w:r w:rsidR="00E4167C" w:rsidRPr="00A11256">
        <w:rPr>
          <w:rFonts w:ascii="Times New Roman" w:hAnsi="Times New Roman" w:cs="Times New Roman"/>
        </w:rPr>
        <w:t xml:space="preserve"> </w:t>
      </w:r>
      <w:r w:rsidR="009A6636" w:rsidRPr="00A11256">
        <w:rPr>
          <w:rFonts w:ascii="Times New Roman" w:hAnsi="Times New Roman" w:cs="Times New Roman"/>
        </w:rPr>
        <w:t>/ Master of Social Work</w:t>
      </w:r>
    </w:p>
    <w:p w14:paraId="6C2763FF" w14:textId="3D00EFBC" w:rsidR="00F0116E" w:rsidRPr="00A11256" w:rsidRDefault="00E4167C" w:rsidP="00772D43">
      <w:pPr>
        <w:pStyle w:val="ListParagraph"/>
        <w:numPr>
          <w:ilvl w:val="1"/>
          <w:numId w:val="10"/>
        </w:numPr>
        <w:spacing w:line="240" w:lineRule="auto"/>
        <w:rPr>
          <w:rFonts w:ascii="Times New Roman" w:hAnsi="Times New Roman" w:cs="Times New Roman"/>
        </w:rPr>
      </w:pPr>
      <w:r w:rsidRPr="00A11256">
        <w:rPr>
          <w:rFonts w:ascii="Times New Roman" w:hAnsi="Times New Roman" w:cs="Times New Roman"/>
        </w:rPr>
        <w:t>Placement: Foundation / Professional</w:t>
      </w:r>
    </w:p>
    <w:p w14:paraId="1DF12A1D" w14:textId="183609EC" w:rsidR="00772D43" w:rsidRPr="00A11256" w:rsidRDefault="00772D43" w:rsidP="00772D43">
      <w:pPr>
        <w:pStyle w:val="ListParagraph"/>
        <w:numPr>
          <w:ilvl w:val="1"/>
          <w:numId w:val="10"/>
        </w:numPr>
        <w:spacing w:line="240" w:lineRule="auto"/>
        <w:rPr>
          <w:rFonts w:ascii="Times New Roman" w:hAnsi="Times New Roman" w:cs="Times New Roman"/>
        </w:rPr>
      </w:pPr>
      <w:r w:rsidRPr="00A11256">
        <w:rPr>
          <w:rFonts w:ascii="Times New Roman" w:hAnsi="Times New Roman" w:cs="Times New Roman"/>
        </w:rPr>
        <w:t xml:space="preserve">Name of Fieldwork Supervisor: </w:t>
      </w:r>
    </w:p>
    <w:p w14:paraId="47E96217" w14:textId="63E984E8" w:rsidR="00772D43" w:rsidRPr="00A11256" w:rsidRDefault="00772D43" w:rsidP="00772D43">
      <w:pPr>
        <w:pStyle w:val="ListParagraph"/>
        <w:numPr>
          <w:ilvl w:val="1"/>
          <w:numId w:val="10"/>
        </w:numPr>
        <w:spacing w:line="240" w:lineRule="auto"/>
        <w:rPr>
          <w:rFonts w:ascii="Times New Roman" w:hAnsi="Times New Roman" w:cs="Times New Roman"/>
        </w:rPr>
      </w:pPr>
      <w:r w:rsidRPr="00A11256">
        <w:rPr>
          <w:rFonts w:ascii="Times New Roman" w:hAnsi="Times New Roman" w:cs="Times New Roman"/>
        </w:rPr>
        <w:t>Name of Agency</w:t>
      </w:r>
      <w:r w:rsidR="00E4167C" w:rsidRPr="00A11256">
        <w:rPr>
          <w:rFonts w:ascii="Times New Roman" w:hAnsi="Times New Roman" w:cs="Times New Roman"/>
        </w:rPr>
        <w:t xml:space="preserve"> &amp; </w:t>
      </w:r>
      <w:r w:rsidRPr="00A11256">
        <w:rPr>
          <w:rFonts w:ascii="Times New Roman" w:hAnsi="Times New Roman" w:cs="Times New Roman"/>
        </w:rPr>
        <w:t>Unit:</w:t>
      </w:r>
    </w:p>
    <w:p w14:paraId="670B1000" w14:textId="48182807" w:rsidR="00772D43" w:rsidRPr="00A11256" w:rsidRDefault="00772D43" w:rsidP="0026234B">
      <w:pPr>
        <w:pStyle w:val="ListParagraph"/>
        <w:numPr>
          <w:ilvl w:val="1"/>
          <w:numId w:val="10"/>
        </w:numPr>
        <w:spacing w:line="240" w:lineRule="auto"/>
        <w:rPr>
          <w:rFonts w:ascii="Times New Roman" w:hAnsi="Times New Roman" w:cs="Times New Roman"/>
        </w:rPr>
      </w:pPr>
      <w:r w:rsidRPr="00A11256">
        <w:rPr>
          <w:rFonts w:ascii="Times New Roman" w:hAnsi="Times New Roman" w:cs="Times New Roman"/>
        </w:rPr>
        <w:t xml:space="preserve">Duration of Placement: </w:t>
      </w:r>
      <w:r w:rsidR="0026234B" w:rsidRPr="00A11256">
        <w:rPr>
          <w:rFonts w:ascii="Times New Roman" w:hAnsi="Times New Roman" w:cs="Times New Roman"/>
        </w:rPr>
        <w:t>From_______________to_______________</w:t>
      </w:r>
    </w:p>
    <w:p w14:paraId="24F174C8" w14:textId="02E6B4E1" w:rsidR="004C7B70" w:rsidRPr="00A11256" w:rsidRDefault="00772D43" w:rsidP="00772D43">
      <w:pPr>
        <w:pStyle w:val="ListParagraph"/>
        <w:numPr>
          <w:ilvl w:val="1"/>
          <w:numId w:val="10"/>
        </w:numPr>
        <w:spacing w:line="240" w:lineRule="auto"/>
        <w:rPr>
          <w:rFonts w:ascii="Times New Roman" w:hAnsi="Times New Roman" w:cs="Times New Roman"/>
        </w:rPr>
      </w:pPr>
      <w:r w:rsidRPr="00A11256">
        <w:rPr>
          <w:rFonts w:ascii="Times New Roman" w:hAnsi="Times New Roman" w:cs="Times New Roman"/>
        </w:rPr>
        <w:t>Number of Days Absent (with reasons):</w:t>
      </w:r>
    </w:p>
    <w:p w14:paraId="2E71AB0A" w14:textId="67B5C64C" w:rsidR="00772D43" w:rsidRDefault="00530DFC" w:rsidP="00A06ADB">
      <w:pPr>
        <w:pStyle w:val="ListParagraph"/>
        <w:numPr>
          <w:ilvl w:val="1"/>
          <w:numId w:val="10"/>
        </w:numPr>
        <w:spacing w:line="240" w:lineRule="auto"/>
        <w:rPr>
          <w:rFonts w:ascii="Times New Roman" w:hAnsi="Times New Roman" w:cs="Times New Roman"/>
        </w:rPr>
      </w:pPr>
      <w:r w:rsidRPr="00A11256">
        <w:rPr>
          <w:rFonts w:ascii="Times New Roman" w:hAnsi="Times New Roman" w:cs="Times New Roman"/>
        </w:rPr>
        <w:t xml:space="preserve">Date of submission: </w:t>
      </w:r>
      <w:r w:rsidR="00772D43" w:rsidRPr="00A11256">
        <w:rPr>
          <w:rFonts w:ascii="Times New Roman" w:hAnsi="Times New Roman" w:cs="Times New Roman"/>
        </w:rPr>
        <w:br/>
      </w:r>
    </w:p>
    <w:p w14:paraId="5E4FA2DC" w14:textId="77777777" w:rsidR="00A11256" w:rsidRPr="00A11256" w:rsidRDefault="00A11256" w:rsidP="00A11256">
      <w:pPr>
        <w:pStyle w:val="ListParagraph"/>
        <w:spacing w:line="240" w:lineRule="auto"/>
        <w:ind w:left="1440"/>
        <w:rPr>
          <w:rFonts w:ascii="Times New Roman" w:hAnsi="Times New Roman" w:cs="Times New Roman"/>
        </w:rPr>
      </w:pPr>
    </w:p>
    <w:p w14:paraId="06463FF0" w14:textId="474F3A73" w:rsidR="00772D43" w:rsidRPr="00A11256" w:rsidRDefault="009F273E" w:rsidP="7F7B01E6">
      <w:pPr>
        <w:pStyle w:val="ListParagraph"/>
        <w:numPr>
          <w:ilvl w:val="0"/>
          <w:numId w:val="10"/>
        </w:numPr>
        <w:spacing w:line="240" w:lineRule="auto"/>
        <w:rPr>
          <w:rFonts w:ascii="Times New Roman" w:hAnsi="Times New Roman" w:cs="Times New Roman"/>
          <w:b/>
          <w:bCs/>
        </w:rPr>
      </w:pPr>
      <w:r w:rsidRPr="00A11256">
        <w:rPr>
          <w:rFonts w:ascii="Times New Roman" w:hAnsi="Times New Roman" w:cs="Times New Roman"/>
          <w:b/>
          <w:bCs/>
        </w:rPr>
        <w:t>Brief d</w:t>
      </w:r>
      <w:r w:rsidR="00772D43" w:rsidRPr="00A11256">
        <w:rPr>
          <w:rFonts w:ascii="Times New Roman" w:hAnsi="Times New Roman" w:cs="Times New Roman"/>
          <w:b/>
          <w:bCs/>
        </w:rPr>
        <w:t xml:space="preserve">escription of </w:t>
      </w:r>
      <w:r w:rsidR="0041216F" w:rsidRPr="00A11256">
        <w:rPr>
          <w:rFonts w:ascii="Times New Roman" w:hAnsi="Times New Roman" w:cs="Times New Roman"/>
          <w:b/>
          <w:bCs/>
        </w:rPr>
        <w:t>r</w:t>
      </w:r>
      <w:r w:rsidR="00772D43" w:rsidRPr="00A11256">
        <w:rPr>
          <w:rFonts w:ascii="Times New Roman" w:hAnsi="Times New Roman" w:cs="Times New Roman"/>
          <w:b/>
          <w:bCs/>
        </w:rPr>
        <w:t xml:space="preserve">ange of </w:t>
      </w:r>
      <w:r w:rsidR="0041216F" w:rsidRPr="00A11256">
        <w:rPr>
          <w:rFonts w:ascii="Times New Roman" w:hAnsi="Times New Roman" w:cs="Times New Roman"/>
          <w:b/>
          <w:bCs/>
        </w:rPr>
        <w:t>learning e</w:t>
      </w:r>
      <w:r w:rsidR="00772D43" w:rsidRPr="00A11256">
        <w:rPr>
          <w:rFonts w:ascii="Times New Roman" w:hAnsi="Times New Roman" w:cs="Times New Roman"/>
          <w:b/>
          <w:bCs/>
        </w:rPr>
        <w:t xml:space="preserve">xperience </w:t>
      </w:r>
      <w:r w:rsidR="00772D43" w:rsidRPr="00A11256">
        <w:rPr>
          <w:rFonts w:ascii="Times New Roman" w:hAnsi="Times New Roman" w:cs="Times New Roman"/>
          <w:i/>
          <w:iCs/>
        </w:rPr>
        <w:t>(summaries of work done, including objectives, social work methods used, and outcomes)</w:t>
      </w:r>
    </w:p>
    <w:p w14:paraId="711F40E3" w14:textId="77777777" w:rsidR="00772D43" w:rsidRPr="00A11256" w:rsidRDefault="00772D43" w:rsidP="7F7B01E6">
      <w:pPr>
        <w:pStyle w:val="ListParagraph"/>
        <w:spacing w:line="240" w:lineRule="auto"/>
        <w:rPr>
          <w:rFonts w:ascii="Times New Roman" w:hAnsi="Times New Roman" w:cs="Times New Roman"/>
          <w:b/>
          <w:bCs/>
        </w:rPr>
      </w:pPr>
    </w:p>
    <w:p w14:paraId="304686E4" w14:textId="77777777" w:rsidR="004C7B70" w:rsidRPr="00A11256" w:rsidRDefault="004C7B70" w:rsidP="7F7B01E6">
      <w:pPr>
        <w:pStyle w:val="ListParagraph"/>
        <w:spacing w:line="240" w:lineRule="auto"/>
        <w:rPr>
          <w:rFonts w:ascii="Times New Roman" w:hAnsi="Times New Roman" w:cs="Times New Roman"/>
          <w:b/>
          <w:bCs/>
        </w:rPr>
      </w:pPr>
    </w:p>
    <w:p w14:paraId="63E74C6B" w14:textId="77777777" w:rsidR="004C7B70" w:rsidRDefault="004C7B70" w:rsidP="7F7B01E6">
      <w:pPr>
        <w:pStyle w:val="ListParagraph"/>
        <w:spacing w:line="240" w:lineRule="auto"/>
        <w:rPr>
          <w:rFonts w:ascii="Times New Roman" w:hAnsi="Times New Roman" w:cs="Times New Roman"/>
          <w:b/>
          <w:bCs/>
        </w:rPr>
      </w:pPr>
    </w:p>
    <w:p w14:paraId="3B3C5153" w14:textId="77777777" w:rsidR="00A11256" w:rsidRPr="00A11256" w:rsidRDefault="00A11256" w:rsidP="7F7B01E6">
      <w:pPr>
        <w:pStyle w:val="ListParagraph"/>
        <w:spacing w:line="240" w:lineRule="auto"/>
        <w:rPr>
          <w:rFonts w:ascii="Times New Roman" w:hAnsi="Times New Roman" w:cs="Times New Roman"/>
          <w:b/>
          <w:bCs/>
        </w:rPr>
      </w:pPr>
    </w:p>
    <w:p w14:paraId="281684B4" w14:textId="77777777" w:rsidR="004C7B70" w:rsidRPr="00A11256" w:rsidRDefault="004C7B70" w:rsidP="7F7B01E6">
      <w:pPr>
        <w:pStyle w:val="ListParagraph"/>
        <w:spacing w:line="240" w:lineRule="auto"/>
        <w:rPr>
          <w:rFonts w:ascii="Times New Roman" w:hAnsi="Times New Roman" w:cs="Times New Roman"/>
          <w:b/>
          <w:bCs/>
        </w:rPr>
      </w:pPr>
    </w:p>
    <w:p w14:paraId="721BAC7D" w14:textId="77777777" w:rsidR="004C7B70" w:rsidRPr="00A11256" w:rsidRDefault="004C7B70" w:rsidP="7F7B01E6">
      <w:pPr>
        <w:pStyle w:val="ListParagraph"/>
        <w:spacing w:line="240" w:lineRule="auto"/>
        <w:rPr>
          <w:rFonts w:ascii="Times New Roman" w:hAnsi="Times New Roman" w:cs="Times New Roman"/>
          <w:b/>
          <w:bCs/>
        </w:rPr>
      </w:pPr>
    </w:p>
    <w:p w14:paraId="0420B65A" w14:textId="77777777" w:rsidR="004C7B70" w:rsidRPr="00A11256" w:rsidRDefault="004C7B70" w:rsidP="7F7B01E6">
      <w:pPr>
        <w:pStyle w:val="ListParagraph"/>
        <w:spacing w:line="240" w:lineRule="auto"/>
        <w:rPr>
          <w:rFonts w:ascii="Times New Roman" w:hAnsi="Times New Roman" w:cs="Times New Roman"/>
          <w:b/>
          <w:bCs/>
        </w:rPr>
      </w:pPr>
    </w:p>
    <w:p w14:paraId="072DC3DB" w14:textId="77777777" w:rsidR="004C7B70" w:rsidRPr="00A11256" w:rsidRDefault="00772D43" w:rsidP="7F7B01E6">
      <w:pPr>
        <w:pStyle w:val="ListParagraph"/>
        <w:numPr>
          <w:ilvl w:val="0"/>
          <w:numId w:val="10"/>
        </w:numPr>
        <w:spacing w:line="240" w:lineRule="auto"/>
        <w:rPr>
          <w:rFonts w:ascii="Times New Roman" w:hAnsi="Times New Roman" w:cs="Times New Roman"/>
          <w:b/>
          <w:bCs/>
        </w:rPr>
      </w:pPr>
      <w:r w:rsidRPr="00A11256">
        <w:rPr>
          <w:rFonts w:ascii="Times New Roman" w:hAnsi="Times New Roman" w:cs="Times New Roman"/>
          <w:b/>
          <w:bCs/>
        </w:rPr>
        <w:t>Summaries of additional</w:t>
      </w:r>
      <w:r w:rsidR="0041216F" w:rsidRPr="00A11256">
        <w:rPr>
          <w:rFonts w:ascii="Times New Roman" w:hAnsi="Times New Roman" w:cs="Times New Roman"/>
          <w:b/>
          <w:bCs/>
        </w:rPr>
        <w:t xml:space="preserve"> educational</w:t>
      </w:r>
      <w:r w:rsidRPr="00A11256">
        <w:rPr>
          <w:rFonts w:ascii="Times New Roman" w:hAnsi="Times New Roman" w:cs="Times New Roman"/>
          <w:b/>
          <w:bCs/>
        </w:rPr>
        <w:t xml:space="preserve"> experience</w:t>
      </w:r>
      <w:r w:rsidRPr="00A11256">
        <w:rPr>
          <w:rFonts w:ascii="Times New Roman" w:hAnsi="Times New Roman" w:cs="Times New Roman"/>
          <w:i/>
          <w:iCs/>
        </w:rPr>
        <w:t xml:space="preserve"> (e.g., conferences, meetings, visits) </w:t>
      </w:r>
      <w:r w:rsidRPr="00A11256">
        <w:rPr>
          <w:rFonts w:ascii="Times New Roman" w:hAnsi="Times New Roman" w:cs="Times New Roman"/>
          <w:b/>
          <w:bCs/>
        </w:rPr>
        <w:t>and any special circumstances affecting learning:</w:t>
      </w:r>
    </w:p>
    <w:p w14:paraId="4D1AFB08" w14:textId="77777777" w:rsidR="004C7B70" w:rsidRPr="00A11256" w:rsidRDefault="004C7B70" w:rsidP="004C7B70">
      <w:pPr>
        <w:spacing w:line="240" w:lineRule="auto"/>
        <w:rPr>
          <w:rFonts w:ascii="Times New Roman" w:hAnsi="Times New Roman" w:cs="Times New Roman"/>
        </w:rPr>
      </w:pPr>
    </w:p>
    <w:p w14:paraId="2B4EA7D8" w14:textId="77777777" w:rsidR="00A11256" w:rsidRDefault="00A11256" w:rsidP="00A06ADB">
      <w:pPr>
        <w:spacing w:line="240" w:lineRule="auto"/>
        <w:rPr>
          <w:rFonts w:ascii="Times New Roman" w:hAnsi="Times New Roman" w:cs="Times New Roman"/>
        </w:rPr>
      </w:pPr>
    </w:p>
    <w:p w14:paraId="2AE234DF" w14:textId="1408A92C" w:rsidR="009F273E" w:rsidRPr="00A11256" w:rsidRDefault="00772D43" w:rsidP="00A06ADB">
      <w:pPr>
        <w:spacing w:line="240" w:lineRule="auto"/>
        <w:rPr>
          <w:rFonts w:ascii="Times New Roman" w:hAnsi="Times New Roman" w:cs="Times New Roman"/>
          <w:b/>
          <w:bCs/>
        </w:rPr>
      </w:pPr>
      <w:r w:rsidRPr="00A11256">
        <w:rPr>
          <w:rFonts w:ascii="Times New Roman" w:hAnsi="Times New Roman" w:cs="Times New Roman"/>
        </w:rPr>
        <w:br/>
      </w:r>
    </w:p>
    <w:p w14:paraId="48B885B3" w14:textId="007A723D" w:rsidR="002E0F3F" w:rsidRDefault="00772D43" w:rsidP="7F7B01E6">
      <w:pPr>
        <w:pStyle w:val="ListParagraph"/>
        <w:numPr>
          <w:ilvl w:val="0"/>
          <w:numId w:val="10"/>
        </w:numPr>
        <w:spacing w:line="240" w:lineRule="auto"/>
        <w:rPr>
          <w:rFonts w:ascii="Times New Roman" w:hAnsi="Times New Roman" w:cs="Times New Roman"/>
          <w:b/>
          <w:bCs/>
        </w:rPr>
      </w:pPr>
      <w:r w:rsidRPr="00A11256">
        <w:rPr>
          <w:rFonts w:ascii="Times New Roman" w:hAnsi="Times New Roman" w:cs="Times New Roman"/>
          <w:b/>
          <w:bCs/>
        </w:rPr>
        <w:t>Major Areas of Evaluation</w:t>
      </w:r>
      <w:r w:rsidR="004D4986" w:rsidRPr="00A11256">
        <w:rPr>
          <w:rFonts w:ascii="Times New Roman" w:hAnsi="Times New Roman" w:cs="Times New Roman"/>
          <w:b/>
          <w:bCs/>
        </w:rPr>
        <w:t xml:space="preserve"> </w:t>
      </w:r>
    </w:p>
    <w:p w14:paraId="43C96933" w14:textId="77777777" w:rsidR="00A11256" w:rsidRPr="00A11256" w:rsidRDefault="00A11256" w:rsidP="00A11256">
      <w:pPr>
        <w:pStyle w:val="ListParagraph"/>
        <w:spacing w:line="240" w:lineRule="auto"/>
        <w:rPr>
          <w:rFonts w:ascii="Times New Roman" w:hAnsi="Times New Roman" w:cs="Times New Roman"/>
          <w:b/>
          <w:bCs/>
        </w:rPr>
      </w:pPr>
    </w:p>
    <w:p w14:paraId="45474078" w14:textId="56A78619" w:rsidR="002E0F3F" w:rsidRPr="00A11256" w:rsidRDefault="002E0F3F" w:rsidP="7F7B01E6">
      <w:pPr>
        <w:pStyle w:val="ListParagraph"/>
        <w:numPr>
          <w:ilvl w:val="1"/>
          <w:numId w:val="10"/>
        </w:numPr>
        <w:spacing w:line="240" w:lineRule="auto"/>
        <w:rPr>
          <w:rFonts w:ascii="Times New Roman" w:hAnsi="Times New Roman" w:cs="Times New Roman"/>
        </w:rPr>
      </w:pPr>
      <w:r w:rsidRPr="00A11256">
        <w:rPr>
          <w:rFonts w:ascii="Times New Roman" w:hAnsi="Times New Roman" w:cs="Times New Roman"/>
        </w:rPr>
        <w:t xml:space="preserve">Professional Attitudes, Values &amp; </w:t>
      </w:r>
      <w:proofErr w:type="spellStart"/>
      <w:r w:rsidRPr="00A11256">
        <w:rPr>
          <w:rFonts w:ascii="Times New Roman" w:hAnsi="Times New Roman" w:cs="Times New Roman"/>
        </w:rPr>
        <w:t>Behaviour</w:t>
      </w:r>
      <w:proofErr w:type="spellEnd"/>
    </w:p>
    <w:p w14:paraId="2BBD3DDE" w14:textId="77777777" w:rsidR="00FA0F04" w:rsidRPr="00A11256" w:rsidRDefault="00FA0F04" w:rsidP="00A06ADB">
      <w:pPr>
        <w:spacing w:line="240" w:lineRule="auto"/>
        <w:rPr>
          <w:rFonts w:ascii="Times New Roman" w:hAnsi="Times New Roman" w:cs="Times New Roman"/>
        </w:rPr>
      </w:pPr>
    </w:p>
    <w:p w14:paraId="59811F2C" w14:textId="099B5192" w:rsidR="002E0F3F" w:rsidRPr="00A11256" w:rsidRDefault="002E0F3F" w:rsidP="7F7B01E6">
      <w:pPr>
        <w:pStyle w:val="ListParagraph"/>
        <w:numPr>
          <w:ilvl w:val="1"/>
          <w:numId w:val="10"/>
        </w:numPr>
        <w:spacing w:line="240" w:lineRule="auto"/>
        <w:rPr>
          <w:rFonts w:ascii="Times New Roman" w:hAnsi="Times New Roman" w:cs="Times New Roman"/>
        </w:rPr>
      </w:pPr>
      <w:r w:rsidRPr="00A11256">
        <w:rPr>
          <w:rFonts w:ascii="Times New Roman" w:hAnsi="Times New Roman" w:cs="Times New Roman"/>
        </w:rPr>
        <w:lastRenderedPageBreak/>
        <w:t>Knowledge Areas</w:t>
      </w:r>
    </w:p>
    <w:p w14:paraId="258E6F6B" w14:textId="77777777" w:rsidR="004C7B70" w:rsidRPr="00A11256" w:rsidRDefault="004C7B70" w:rsidP="00A06ADB">
      <w:pPr>
        <w:spacing w:line="240" w:lineRule="auto"/>
        <w:rPr>
          <w:rFonts w:ascii="Times New Roman" w:hAnsi="Times New Roman" w:cs="Times New Roman"/>
        </w:rPr>
      </w:pPr>
    </w:p>
    <w:p w14:paraId="602106D4" w14:textId="34E6563D" w:rsidR="004C7B70" w:rsidRDefault="002E0F3F" w:rsidP="00A06ADB">
      <w:pPr>
        <w:pStyle w:val="ListParagraph"/>
        <w:numPr>
          <w:ilvl w:val="1"/>
          <w:numId w:val="10"/>
        </w:numPr>
        <w:spacing w:line="240" w:lineRule="auto"/>
        <w:rPr>
          <w:rFonts w:ascii="Times New Roman" w:hAnsi="Times New Roman" w:cs="Times New Roman"/>
        </w:rPr>
      </w:pPr>
      <w:r w:rsidRPr="00A11256">
        <w:rPr>
          <w:rFonts w:ascii="Times New Roman" w:hAnsi="Times New Roman" w:cs="Times New Roman"/>
        </w:rPr>
        <w:t xml:space="preserve">Practice </w:t>
      </w:r>
      <w:proofErr w:type="spellStart"/>
      <w:r w:rsidRPr="00A11256">
        <w:rPr>
          <w:rFonts w:ascii="Times New Roman" w:hAnsi="Times New Roman" w:cs="Times New Roman"/>
        </w:rPr>
        <w:t>Competenc</w:t>
      </w:r>
      <w:proofErr w:type="spellEnd"/>
    </w:p>
    <w:p w14:paraId="496CB7D4" w14:textId="77777777" w:rsidR="00FA0F04" w:rsidRDefault="00FA0F04" w:rsidP="00FA0F04">
      <w:pPr>
        <w:pStyle w:val="ListParagraph"/>
        <w:spacing w:line="240" w:lineRule="auto"/>
        <w:ind w:left="1440"/>
        <w:rPr>
          <w:rFonts w:ascii="Times New Roman" w:hAnsi="Times New Roman" w:cs="Times New Roman"/>
        </w:rPr>
      </w:pPr>
    </w:p>
    <w:p w14:paraId="0F4A55D5" w14:textId="77777777" w:rsidR="00FA0F04" w:rsidRDefault="00FA0F04" w:rsidP="00FA0F04">
      <w:pPr>
        <w:pStyle w:val="ListParagraph"/>
        <w:spacing w:line="240" w:lineRule="auto"/>
        <w:ind w:left="1440"/>
        <w:rPr>
          <w:rFonts w:ascii="Times New Roman" w:hAnsi="Times New Roman" w:cs="Times New Roman"/>
        </w:rPr>
      </w:pPr>
    </w:p>
    <w:p w14:paraId="69562AD0" w14:textId="77777777" w:rsidR="00FA0F04" w:rsidRPr="00A11256" w:rsidRDefault="00FA0F04" w:rsidP="00FA0F04">
      <w:pPr>
        <w:pStyle w:val="ListParagraph"/>
        <w:spacing w:line="240" w:lineRule="auto"/>
        <w:ind w:left="1440"/>
        <w:rPr>
          <w:rFonts w:ascii="Times New Roman" w:hAnsi="Times New Roman" w:cs="Times New Roman"/>
        </w:rPr>
      </w:pPr>
    </w:p>
    <w:p w14:paraId="119419D1" w14:textId="0F81859E" w:rsidR="002E0F3F" w:rsidRPr="00A11256" w:rsidRDefault="002E0F3F" w:rsidP="7F7B01E6">
      <w:pPr>
        <w:pStyle w:val="ListParagraph"/>
        <w:numPr>
          <w:ilvl w:val="1"/>
          <w:numId w:val="10"/>
        </w:numPr>
        <w:spacing w:line="240" w:lineRule="auto"/>
        <w:rPr>
          <w:rFonts w:ascii="Times New Roman" w:hAnsi="Times New Roman" w:cs="Times New Roman"/>
        </w:rPr>
      </w:pPr>
      <w:r w:rsidRPr="00A11256">
        <w:rPr>
          <w:rFonts w:ascii="Times New Roman" w:hAnsi="Times New Roman" w:cs="Times New Roman"/>
        </w:rPr>
        <w:t>Integration of Theory &amp; Practice</w:t>
      </w:r>
      <w:r w:rsidRPr="00A11256">
        <w:rPr>
          <w:rFonts w:ascii="Times New Roman" w:hAnsi="Times New Roman" w:cs="Times New Roman"/>
        </w:rPr>
        <w:tab/>
      </w:r>
    </w:p>
    <w:p w14:paraId="7956D11A" w14:textId="77777777" w:rsidR="004C7B70" w:rsidRPr="00A11256" w:rsidRDefault="004C7B70" w:rsidP="00A06ADB">
      <w:pPr>
        <w:pStyle w:val="ListParagraph"/>
        <w:rPr>
          <w:rFonts w:ascii="Times New Roman" w:hAnsi="Times New Roman" w:cs="Times New Roman"/>
        </w:rPr>
      </w:pPr>
    </w:p>
    <w:p w14:paraId="7DA68C07" w14:textId="77777777" w:rsidR="004C7B70" w:rsidRPr="00A11256" w:rsidRDefault="004C7B70" w:rsidP="00A06ADB">
      <w:pPr>
        <w:spacing w:line="240" w:lineRule="auto"/>
        <w:rPr>
          <w:rFonts w:ascii="Times New Roman" w:hAnsi="Times New Roman" w:cs="Times New Roman"/>
        </w:rPr>
      </w:pPr>
    </w:p>
    <w:p w14:paraId="7EA68118" w14:textId="77777777" w:rsidR="004C7B70" w:rsidRPr="00A11256" w:rsidRDefault="002E0F3F" w:rsidP="7F7B01E6">
      <w:pPr>
        <w:pStyle w:val="ListParagraph"/>
        <w:numPr>
          <w:ilvl w:val="1"/>
          <w:numId w:val="10"/>
        </w:numPr>
        <w:spacing w:line="240" w:lineRule="auto"/>
        <w:rPr>
          <w:rFonts w:ascii="Times New Roman" w:hAnsi="Times New Roman" w:cs="Times New Roman"/>
        </w:rPr>
      </w:pPr>
      <w:r w:rsidRPr="00A11256">
        <w:rPr>
          <w:rFonts w:ascii="Times New Roman" w:hAnsi="Times New Roman" w:cs="Times New Roman"/>
        </w:rPr>
        <w:t>Service and Learning Accountability</w:t>
      </w:r>
    </w:p>
    <w:p w14:paraId="60F455A3" w14:textId="7A8FEDE6" w:rsidR="007C25F2" w:rsidRDefault="002E0F3F" w:rsidP="00A06ADB">
      <w:pPr>
        <w:spacing w:line="240" w:lineRule="auto"/>
        <w:rPr>
          <w:rFonts w:ascii="Times New Roman" w:hAnsi="Times New Roman" w:cs="Times New Roman"/>
        </w:rPr>
      </w:pPr>
      <w:r w:rsidRPr="00A11256">
        <w:rPr>
          <w:rFonts w:ascii="Times New Roman" w:hAnsi="Times New Roman" w:cs="Times New Roman"/>
        </w:rPr>
        <w:br/>
      </w:r>
    </w:p>
    <w:p w14:paraId="7720F1A4" w14:textId="77777777" w:rsidR="00A11256" w:rsidRPr="00A11256" w:rsidRDefault="00A11256" w:rsidP="00A06ADB">
      <w:pPr>
        <w:spacing w:line="240" w:lineRule="auto"/>
        <w:rPr>
          <w:rFonts w:ascii="Times New Roman" w:hAnsi="Times New Roman" w:cs="Times New Roman"/>
        </w:rPr>
      </w:pPr>
    </w:p>
    <w:p w14:paraId="1C33DA54" w14:textId="77777777" w:rsidR="0088757F" w:rsidRDefault="00772D43" w:rsidP="7F7B01E6">
      <w:pPr>
        <w:pStyle w:val="ListParagraph"/>
        <w:numPr>
          <w:ilvl w:val="0"/>
          <w:numId w:val="10"/>
        </w:numPr>
        <w:spacing w:line="240" w:lineRule="auto"/>
        <w:rPr>
          <w:rFonts w:ascii="Times New Roman" w:hAnsi="Times New Roman" w:cs="Times New Roman"/>
          <w:b/>
          <w:bCs/>
        </w:rPr>
      </w:pPr>
      <w:r w:rsidRPr="00A11256">
        <w:rPr>
          <w:rFonts w:ascii="Times New Roman" w:hAnsi="Times New Roman" w:cs="Times New Roman"/>
          <w:b/>
          <w:bCs/>
        </w:rPr>
        <w:t>Use of Supervision</w:t>
      </w:r>
    </w:p>
    <w:p w14:paraId="356A8A9C" w14:textId="77777777" w:rsidR="00A11256" w:rsidRPr="00A11256" w:rsidRDefault="00A11256" w:rsidP="00A11256">
      <w:pPr>
        <w:pStyle w:val="ListParagraph"/>
        <w:spacing w:line="240" w:lineRule="auto"/>
        <w:rPr>
          <w:rFonts w:ascii="Times New Roman" w:hAnsi="Times New Roman" w:cs="Times New Roman"/>
          <w:b/>
          <w:bCs/>
        </w:rPr>
      </w:pPr>
    </w:p>
    <w:p w14:paraId="6ABE2C7B" w14:textId="4C33D594" w:rsidR="004C7B70" w:rsidRPr="00A11256" w:rsidRDefault="0088757F" w:rsidP="00A06ADB">
      <w:pPr>
        <w:pStyle w:val="ListParagraph"/>
        <w:widowControl w:val="0"/>
        <w:numPr>
          <w:ilvl w:val="1"/>
          <w:numId w:val="10"/>
        </w:numPr>
        <w:tabs>
          <w:tab w:val="left" w:pos="1550"/>
        </w:tabs>
        <w:autoSpaceDE w:val="0"/>
        <w:autoSpaceDN w:val="0"/>
        <w:spacing w:after="0" w:line="240" w:lineRule="auto"/>
        <w:contextualSpacing w:val="0"/>
        <w:rPr>
          <w:rFonts w:ascii="Times New Roman" w:hAnsi="Times New Roman" w:cs="Times New Roman"/>
        </w:rPr>
      </w:pPr>
      <w:r w:rsidRPr="00A11256">
        <w:rPr>
          <w:rFonts w:ascii="Times New Roman" w:hAnsi="Times New Roman" w:cs="Times New Roman"/>
          <w:spacing w:val="-4"/>
        </w:rPr>
        <w:t>learning</w:t>
      </w:r>
      <w:r w:rsidRPr="00A11256">
        <w:rPr>
          <w:rFonts w:ascii="Times New Roman" w:hAnsi="Times New Roman" w:cs="Times New Roman"/>
          <w:spacing w:val="-5"/>
        </w:rPr>
        <w:t xml:space="preserve"> </w:t>
      </w:r>
      <w:r w:rsidRPr="00A11256">
        <w:rPr>
          <w:rFonts w:ascii="Times New Roman" w:hAnsi="Times New Roman" w:cs="Times New Roman"/>
          <w:spacing w:val="-2"/>
        </w:rPr>
        <w:t>domain</w:t>
      </w:r>
    </w:p>
    <w:p w14:paraId="068B8958" w14:textId="77777777" w:rsidR="004E26A1" w:rsidRPr="00A11256" w:rsidRDefault="004E26A1" w:rsidP="004C7B70">
      <w:pPr>
        <w:widowControl w:val="0"/>
        <w:tabs>
          <w:tab w:val="left" w:pos="1550"/>
        </w:tabs>
        <w:autoSpaceDE w:val="0"/>
        <w:autoSpaceDN w:val="0"/>
        <w:spacing w:after="0" w:line="240" w:lineRule="auto"/>
        <w:rPr>
          <w:rFonts w:ascii="Times New Roman" w:hAnsi="Times New Roman" w:cs="Times New Roman"/>
        </w:rPr>
      </w:pPr>
    </w:p>
    <w:p w14:paraId="2EF1A770" w14:textId="77777777" w:rsidR="004E26A1" w:rsidRDefault="004E26A1" w:rsidP="00A06ADB">
      <w:pPr>
        <w:widowControl w:val="0"/>
        <w:tabs>
          <w:tab w:val="left" w:pos="1550"/>
        </w:tabs>
        <w:autoSpaceDE w:val="0"/>
        <w:autoSpaceDN w:val="0"/>
        <w:spacing w:after="0" w:line="240" w:lineRule="auto"/>
        <w:rPr>
          <w:rFonts w:ascii="Times New Roman" w:hAnsi="Times New Roman" w:cs="Times New Roman"/>
        </w:rPr>
      </w:pPr>
    </w:p>
    <w:p w14:paraId="2A141F66" w14:textId="77777777" w:rsidR="00FA0F04" w:rsidRPr="00A11256" w:rsidRDefault="00FA0F04" w:rsidP="00A06ADB">
      <w:pPr>
        <w:widowControl w:val="0"/>
        <w:tabs>
          <w:tab w:val="left" w:pos="1550"/>
        </w:tabs>
        <w:autoSpaceDE w:val="0"/>
        <w:autoSpaceDN w:val="0"/>
        <w:spacing w:after="0" w:line="240" w:lineRule="auto"/>
        <w:rPr>
          <w:rFonts w:ascii="Times New Roman" w:hAnsi="Times New Roman" w:cs="Times New Roman"/>
        </w:rPr>
      </w:pPr>
    </w:p>
    <w:p w14:paraId="090A19E7" w14:textId="03B8D0E4" w:rsidR="004C7B70" w:rsidRPr="00A11256" w:rsidRDefault="0088757F" w:rsidP="004001F1">
      <w:pPr>
        <w:pStyle w:val="ListParagraph"/>
        <w:widowControl w:val="0"/>
        <w:numPr>
          <w:ilvl w:val="1"/>
          <w:numId w:val="10"/>
        </w:numPr>
        <w:tabs>
          <w:tab w:val="left" w:pos="1550"/>
        </w:tabs>
        <w:autoSpaceDE w:val="0"/>
        <w:autoSpaceDN w:val="0"/>
        <w:spacing w:before="10" w:after="0" w:line="240" w:lineRule="auto"/>
        <w:contextualSpacing w:val="0"/>
        <w:rPr>
          <w:rFonts w:ascii="Times New Roman" w:hAnsi="Times New Roman" w:cs="Times New Roman"/>
        </w:rPr>
      </w:pPr>
      <w:r w:rsidRPr="00A11256">
        <w:rPr>
          <w:rFonts w:ascii="Times New Roman" w:hAnsi="Times New Roman" w:cs="Times New Roman"/>
          <w:spacing w:val="-4"/>
        </w:rPr>
        <w:t>service</w:t>
      </w:r>
      <w:r w:rsidRPr="00A11256">
        <w:rPr>
          <w:rFonts w:ascii="Times New Roman" w:hAnsi="Times New Roman" w:cs="Times New Roman"/>
          <w:spacing w:val="-11"/>
        </w:rPr>
        <w:t xml:space="preserve"> </w:t>
      </w:r>
      <w:r w:rsidRPr="00A11256">
        <w:rPr>
          <w:rFonts w:ascii="Times New Roman" w:hAnsi="Times New Roman" w:cs="Times New Roman"/>
          <w:spacing w:val="-4"/>
        </w:rPr>
        <w:t>domain</w:t>
      </w:r>
    </w:p>
    <w:p w14:paraId="6D664FA3" w14:textId="77777777" w:rsidR="004C7B70" w:rsidRDefault="004C7B70" w:rsidP="004C7B70">
      <w:pPr>
        <w:widowControl w:val="0"/>
        <w:tabs>
          <w:tab w:val="left" w:pos="1550"/>
        </w:tabs>
        <w:autoSpaceDE w:val="0"/>
        <w:autoSpaceDN w:val="0"/>
        <w:spacing w:before="10" w:after="0" w:line="240" w:lineRule="auto"/>
        <w:rPr>
          <w:rFonts w:ascii="Times New Roman" w:hAnsi="Times New Roman" w:cs="Times New Roman"/>
        </w:rPr>
      </w:pPr>
    </w:p>
    <w:p w14:paraId="24263644" w14:textId="77777777" w:rsidR="00FA0F04" w:rsidRPr="00A11256" w:rsidRDefault="00FA0F04" w:rsidP="004C7B70">
      <w:pPr>
        <w:widowControl w:val="0"/>
        <w:tabs>
          <w:tab w:val="left" w:pos="1550"/>
        </w:tabs>
        <w:autoSpaceDE w:val="0"/>
        <w:autoSpaceDN w:val="0"/>
        <w:spacing w:before="10" w:after="0" w:line="240" w:lineRule="auto"/>
        <w:rPr>
          <w:rFonts w:ascii="Times New Roman" w:hAnsi="Times New Roman" w:cs="Times New Roman"/>
        </w:rPr>
      </w:pPr>
    </w:p>
    <w:p w14:paraId="357FA22B" w14:textId="77777777" w:rsidR="004E26A1" w:rsidRPr="00A11256" w:rsidRDefault="004E26A1" w:rsidP="00A06ADB">
      <w:pPr>
        <w:widowControl w:val="0"/>
        <w:tabs>
          <w:tab w:val="left" w:pos="1550"/>
        </w:tabs>
        <w:autoSpaceDE w:val="0"/>
        <w:autoSpaceDN w:val="0"/>
        <w:spacing w:before="10" w:after="0" w:line="240" w:lineRule="auto"/>
        <w:rPr>
          <w:rFonts w:ascii="Times New Roman" w:hAnsi="Times New Roman" w:cs="Times New Roman"/>
        </w:rPr>
      </w:pPr>
    </w:p>
    <w:p w14:paraId="3AF53BA5" w14:textId="755EF818" w:rsidR="0088757F" w:rsidRPr="00A11256" w:rsidRDefault="0088757F" w:rsidP="1B113EE0">
      <w:pPr>
        <w:pStyle w:val="ListParagraph"/>
        <w:widowControl w:val="0"/>
        <w:numPr>
          <w:ilvl w:val="1"/>
          <w:numId w:val="10"/>
        </w:numPr>
        <w:tabs>
          <w:tab w:val="left" w:pos="1550"/>
        </w:tabs>
        <w:autoSpaceDE w:val="0"/>
        <w:autoSpaceDN w:val="0"/>
        <w:spacing w:before="7" w:after="0" w:line="240" w:lineRule="auto"/>
        <w:rPr>
          <w:rFonts w:ascii="Times New Roman" w:hAnsi="Times New Roman" w:cs="Times New Roman"/>
        </w:rPr>
      </w:pPr>
      <w:r w:rsidRPr="00A11256">
        <w:rPr>
          <w:rFonts w:ascii="Times New Roman" w:hAnsi="Times New Roman" w:cs="Times New Roman"/>
          <w:spacing w:val="-5"/>
        </w:rPr>
        <w:t>administrative</w:t>
      </w:r>
      <w:r w:rsidRPr="00A11256">
        <w:rPr>
          <w:rFonts w:ascii="Times New Roman" w:hAnsi="Times New Roman" w:cs="Times New Roman"/>
          <w:spacing w:val="11"/>
        </w:rPr>
        <w:t xml:space="preserve"> </w:t>
      </w:r>
      <w:r w:rsidRPr="00A11256">
        <w:rPr>
          <w:rFonts w:ascii="Times New Roman" w:hAnsi="Times New Roman" w:cs="Times New Roman"/>
          <w:spacing w:val="-2"/>
        </w:rPr>
        <w:t>domain</w:t>
      </w:r>
    </w:p>
    <w:p w14:paraId="45427369" w14:textId="77777777" w:rsidR="004C7B70" w:rsidRDefault="004C7B70" w:rsidP="004C7B70">
      <w:pPr>
        <w:widowControl w:val="0"/>
        <w:tabs>
          <w:tab w:val="left" w:pos="1550"/>
        </w:tabs>
        <w:autoSpaceDE w:val="0"/>
        <w:autoSpaceDN w:val="0"/>
        <w:spacing w:before="7" w:after="0" w:line="240" w:lineRule="auto"/>
        <w:rPr>
          <w:rFonts w:ascii="Times New Roman" w:hAnsi="Times New Roman" w:cs="Times New Roman"/>
        </w:rPr>
      </w:pPr>
    </w:p>
    <w:p w14:paraId="3D56CB23" w14:textId="77777777" w:rsidR="00FA0F04" w:rsidRPr="00A11256" w:rsidRDefault="00FA0F04" w:rsidP="004C7B70">
      <w:pPr>
        <w:widowControl w:val="0"/>
        <w:tabs>
          <w:tab w:val="left" w:pos="1550"/>
        </w:tabs>
        <w:autoSpaceDE w:val="0"/>
        <w:autoSpaceDN w:val="0"/>
        <w:spacing w:before="7" w:after="0" w:line="240" w:lineRule="auto"/>
        <w:rPr>
          <w:rFonts w:ascii="Times New Roman" w:hAnsi="Times New Roman" w:cs="Times New Roman"/>
        </w:rPr>
      </w:pPr>
    </w:p>
    <w:p w14:paraId="65E54AA0" w14:textId="77777777" w:rsidR="004E26A1" w:rsidRPr="00A11256" w:rsidRDefault="004E26A1" w:rsidP="00A06ADB">
      <w:pPr>
        <w:widowControl w:val="0"/>
        <w:tabs>
          <w:tab w:val="left" w:pos="1550"/>
        </w:tabs>
        <w:autoSpaceDE w:val="0"/>
        <w:autoSpaceDN w:val="0"/>
        <w:spacing w:before="7" w:after="0" w:line="240" w:lineRule="auto"/>
        <w:rPr>
          <w:rFonts w:ascii="Times New Roman" w:hAnsi="Times New Roman" w:cs="Times New Roman"/>
        </w:rPr>
      </w:pPr>
    </w:p>
    <w:p w14:paraId="7D7C1187" w14:textId="3D18B8C1" w:rsidR="58D85D8C" w:rsidRPr="00A11256" w:rsidRDefault="58D85D8C" w:rsidP="1B113EE0">
      <w:pPr>
        <w:pStyle w:val="ListParagraph"/>
        <w:widowControl w:val="0"/>
        <w:numPr>
          <w:ilvl w:val="1"/>
          <w:numId w:val="10"/>
        </w:numPr>
        <w:tabs>
          <w:tab w:val="left" w:pos="1550"/>
        </w:tabs>
        <w:spacing w:before="7" w:after="0" w:line="240" w:lineRule="auto"/>
        <w:rPr>
          <w:rFonts w:ascii="Times New Roman" w:hAnsi="Times New Roman" w:cs="Times New Roman"/>
        </w:rPr>
      </w:pPr>
      <w:r w:rsidRPr="00A11256">
        <w:rPr>
          <w:rFonts w:ascii="Times New Roman" w:hAnsi="Times New Roman" w:cs="Times New Roman"/>
        </w:rPr>
        <w:t>Other learning</w:t>
      </w:r>
    </w:p>
    <w:p w14:paraId="05D68486" w14:textId="77777777" w:rsidR="004C7B70" w:rsidRPr="00A11256" w:rsidRDefault="004C7B70" w:rsidP="00A06ADB">
      <w:pPr>
        <w:pStyle w:val="ListParagraph"/>
        <w:rPr>
          <w:rFonts w:ascii="Times New Roman" w:hAnsi="Times New Roman" w:cs="Times New Roman"/>
        </w:rPr>
      </w:pPr>
    </w:p>
    <w:p w14:paraId="5E0F239F" w14:textId="77777777" w:rsidR="004C7B70" w:rsidRPr="00A11256" w:rsidRDefault="004C7B70" w:rsidP="00A06ADB">
      <w:pPr>
        <w:widowControl w:val="0"/>
        <w:tabs>
          <w:tab w:val="left" w:pos="1550"/>
        </w:tabs>
        <w:spacing w:before="7" w:after="0" w:line="240" w:lineRule="auto"/>
        <w:rPr>
          <w:rFonts w:ascii="Times New Roman" w:hAnsi="Times New Roman" w:cs="Times New Roman"/>
        </w:rPr>
      </w:pPr>
    </w:p>
    <w:p w14:paraId="4EB20AB8" w14:textId="7D35AFBD" w:rsidR="00772D43" w:rsidRPr="00A11256" w:rsidRDefault="00772D43" w:rsidP="0088757F">
      <w:pPr>
        <w:pStyle w:val="ListParagraph"/>
        <w:spacing w:line="240" w:lineRule="auto"/>
        <w:rPr>
          <w:rFonts w:ascii="Times New Roman" w:hAnsi="Times New Roman" w:cs="Times New Roman"/>
        </w:rPr>
      </w:pPr>
    </w:p>
    <w:p w14:paraId="164C7690" w14:textId="4401BE5A" w:rsidR="00772D43" w:rsidRDefault="00772D43" w:rsidP="7F7B01E6">
      <w:pPr>
        <w:pStyle w:val="ListParagraph"/>
        <w:numPr>
          <w:ilvl w:val="0"/>
          <w:numId w:val="10"/>
        </w:numPr>
        <w:spacing w:line="240" w:lineRule="auto"/>
        <w:rPr>
          <w:rFonts w:ascii="Times New Roman" w:hAnsi="Times New Roman" w:cs="Times New Roman"/>
          <w:b/>
          <w:bCs/>
        </w:rPr>
      </w:pPr>
      <w:r w:rsidRPr="00A11256">
        <w:rPr>
          <w:rFonts w:ascii="Times New Roman" w:hAnsi="Times New Roman" w:cs="Times New Roman"/>
          <w:b/>
          <w:bCs/>
        </w:rPr>
        <w:t>Professional Development as a Social Worker</w:t>
      </w:r>
    </w:p>
    <w:p w14:paraId="6351A315" w14:textId="77777777" w:rsidR="00A11256" w:rsidRPr="00A11256" w:rsidRDefault="00A11256" w:rsidP="00A11256">
      <w:pPr>
        <w:pStyle w:val="ListParagraph"/>
        <w:spacing w:line="240" w:lineRule="auto"/>
        <w:rPr>
          <w:rFonts w:ascii="Times New Roman" w:hAnsi="Times New Roman" w:cs="Times New Roman"/>
          <w:b/>
          <w:bCs/>
        </w:rPr>
      </w:pPr>
    </w:p>
    <w:p w14:paraId="05C0FC35" w14:textId="77777777" w:rsidR="00DD7008" w:rsidRPr="00A11256" w:rsidRDefault="00DD7008" w:rsidP="00DD7008">
      <w:pPr>
        <w:pStyle w:val="ListParagraph"/>
        <w:widowControl w:val="0"/>
        <w:numPr>
          <w:ilvl w:val="1"/>
          <w:numId w:val="10"/>
        </w:numPr>
        <w:tabs>
          <w:tab w:val="left" w:pos="1550"/>
        </w:tabs>
        <w:autoSpaceDE w:val="0"/>
        <w:autoSpaceDN w:val="0"/>
        <w:spacing w:before="1" w:after="0" w:line="240" w:lineRule="auto"/>
        <w:contextualSpacing w:val="0"/>
        <w:rPr>
          <w:rFonts w:ascii="Times New Roman" w:hAnsi="Times New Roman" w:cs="Times New Roman"/>
        </w:rPr>
      </w:pPr>
      <w:r w:rsidRPr="00A11256">
        <w:rPr>
          <w:rFonts w:ascii="Times New Roman" w:hAnsi="Times New Roman" w:cs="Times New Roman"/>
          <w:spacing w:val="-4"/>
        </w:rPr>
        <w:t>Identification</w:t>
      </w:r>
      <w:r w:rsidRPr="00A11256">
        <w:rPr>
          <w:rFonts w:ascii="Times New Roman" w:hAnsi="Times New Roman" w:cs="Times New Roman"/>
          <w:spacing w:val="1"/>
        </w:rPr>
        <w:t xml:space="preserve"> </w:t>
      </w:r>
      <w:r w:rsidRPr="00A11256">
        <w:rPr>
          <w:rFonts w:ascii="Times New Roman" w:hAnsi="Times New Roman" w:cs="Times New Roman"/>
          <w:spacing w:val="-4"/>
        </w:rPr>
        <w:t>with</w:t>
      </w:r>
      <w:r w:rsidRPr="00A11256">
        <w:rPr>
          <w:rFonts w:ascii="Times New Roman" w:hAnsi="Times New Roman" w:cs="Times New Roman"/>
          <w:spacing w:val="2"/>
        </w:rPr>
        <w:t xml:space="preserve"> </w:t>
      </w:r>
      <w:r w:rsidRPr="00A11256">
        <w:rPr>
          <w:rFonts w:ascii="Times New Roman" w:hAnsi="Times New Roman" w:cs="Times New Roman"/>
          <w:spacing w:val="-4"/>
        </w:rPr>
        <w:t>and</w:t>
      </w:r>
      <w:r w:rsidRPr="00A11256">
        <w:rPr>
          <w:rFonts w:ascii="Times New Roman" w:hAnsi="Times New Roman" w:cs="Times New Roman"/>
          <w:spacing w:val="1"/>
        </w:rPr>
        <w:t xml:space="preserve"> </w:t>
      </w:r>
      <w:proofErr w:type="spellStart"/>
      <w:r w:rsidRPr="00A11256">
        <w:rPr>
          <w:rFonts w:ascii="Times New Roman" w:hAnsi="Times New Roman" w:cs="Times New Roman"/>
          <w:spacing w:val="-4"/>
        </w:rPr>
        <w:t>internalisation</w:t>
      </w:r>
      <w:proofErr w:type="spellEnd"/>
      <w:r w:rsidRPr="00A11256">
        <w:rPr>
          <w:rFonts w:ascii="Times New Roman" w:hAnsi="Times New Roman" w:cs="Times New Roman"/>
          <w:spacing w:val="2"/>
        </w:rPr>
        <w:t xml:space="preserve"> </w:t>
      </w:r>
      <w:r w:rsidRPr="00A11256">
        <w:rPr>
          <w:rFonts w:ascii="Times New Roman" w:hAnsi="Times New Roman" w:cs="Times New Roman"/>
          <w:spacing w:val="-4"/>
        </w:rPr>
        <w:t>of professional</w:t>
      </w:r>
      <w:r w:rsidRPr="00A11256">
        <w:rPr>
          <w:rFonts w:ascii="Times New Roman" w:hAnsi="Times New Roman" w:cs="Times New Roman"/>
          <w:spacing w:val="-1"/>
        </w:rPr>
        <w:t xml:space="preserve"> </w:t>
      </w:r>
      <w:r w:rsidRPr="00A11256">
        <w:rPr>
          <w:rFonts w:ascii="Times New Roman" w:hAnsi="Times New Roman" w:cs="Times New Roman"/>
          <w:spacing w:val="-4"/>
        </w:rPr>
        <w:t>values</w:t>
      </w:r>
      <w:r w:rsidRPr="00A11256">
        <w:rPr>
          <w:rFonts w:ascii="Times New Roman" w:hAnsi="Times New Roman" w:cs="Times New Roman"/>
          <w:spacing w:val="4"/>
        </w:rPr>
        <w:t xml:space="preserve"> </w:t>
      </w:r>
      <w:r w:rsidRPr="00A11256">
        <w:rPr>
          <w:rFonts w:ascii="Times New Roman" w:hAnsi="Times New Roman" w:cs="Times New Roman"/>
          <w:spacing w:val="-4"/>
        </w:rPr>
        <w:t>and</w:t>
      </w:r>
      <w:r w:rsidRPr="00A11256">
        <w:rPr>
          <w:rFonts w:ascii="Times New Roman" w:hAnsi="Times New Roman" w:cs="Times New Roman"/>
          <w:spacing w:val="2"/>
        </w:rPr>
        <w:t xml:space="preserve"> </w:t>
      </w:r>
      <w:r w:rsidRPr="00A11256">
        <w:rPr>
          <w:rFonts w:ascii="Times New Roman" w:hAnsi="Times New Roman" w:cs="Times New Roman"/>
          <w:spacing w:val="-4"/>
        </w:rPr>
        <w:t>ethics</w:t>
      </w:r>
    </w:p>
    <w:p w14:paraId="6ABD8916" w14:textId="77777777" w:rsidR="004C7B70" w:rsidRPr="00A11256" w:rsidRDefault="004C7B70" w:rsidP="004C7B70">
      <w:pPr>
        <w:widowControl w:val="0"/>
        <w:tabs>
          <w:tab w:val="left" w:pos="1550"/>
        </w:tabs>
        <w:autoSpaceDE w:val="0"/>
        <w:autoSpaceDN w:val="0"/>
        <w:spacing w:before="1" w:after="0" w:line="240" w:lineRule="auto"/>
        <w:rPr>
          <w:rFonts w:ascii="Times New Roman" w:hAnsi="Times New Roman" w:cs="Times New Roman"/>
        </w:rPr>
      </w:pPr>
    </w:p>
    <w:p w14:paraId="69514E78" w14:textId="77777777" w:rsidR="004E26A1" w:rsidRDefault="004E26A1" w:rsidP="004C7B70">
      <w:pPr>
        <w:widowControl w:val="0"/>
        <w:tabs>
          <w:tab w:val="left" w:pos="1550"/>
        </w:tabs>
        <w:autoSpaceDE w:val="0"/>
        <w:autoSpaceDN w:val="0"/>
        <w:spacing w:before="1" w:after="0" w:line="240" w:lineRule="auto"/>
        <w:rPr>
          <w:rFonts w:ascii="Times New Roman" w:hAnsi="Times New Roman" w:cs="Times New Roman"/>
        </w:rPr>
      </w:pPr>
    </w:p>
    <w:p w14:paraId="5293F0E5" w14:textId="77777777" w:rsidR="00FA0F04" w:rsidRPr="00A11256" w:rsidRDefault="00FA0F04" w:rsidP="004C7B70">
      <w:pPr>
        <w:widowControl w:val="0"/>
        <w:tabs>
          <w:tab w:val="left" w:pos="1550"/>
        </w:tabs>
        <w:autoSpaceDE w:val="0"/>
        <w:autoSpaceDN w:val="0"/>
        <w:spacing w:before="1" w:after="0" w:line="240" w:lineRule="auto"/>
        <w:rPr>
          <w:rFonts w:ascii="Times New Roman" w:hAnsi="Times New Roman" w:cs="Times New Roman"/>
        </w:rPr>
      </w:pPr>
    </w:p>
    <w:p w14:paraId="75633013" w14:textId="77777777" w:rsidR="004E26A1" w:rsidRPr="00A11256" w:rsidRDefault="004E26A1" w:rsidP="00A06ADB">
      <w:pPr>
        <w:widowControl w:val="0"/>
        <w:tabs>
          <w:tab w:val="left" w:pos="1550"/>
        </w:tabs>
        <w:autoSpaceDE w:val="0"/>
        <w:autoSpaceDN w:val="0"/>
        <w:spacing w:before="1" w:after="0" w:line="240" w:lineRule="auto"/>
        <w:rPr>
          <w:rFonts w:ascii="Times New Roman" w:hAnsi="Times New Roman" w:cs="Times New Roman"/>
        </w:rPr>
      </w:pPr>
    </w:p>
    <w:p w14:paraId="7D2BCD36" w14:textId="004983C1" w:rsidR="004E26A1" w:rsidRPr="00A11256" w:rsidRDefault="00DD7008" w:rsidP="004E26A1">
      <w:pPr>
        <w:pStyle w:val="ListParagraph"/>
        <w:widowControl w:val="0"/>
        <w:numPr>
          <w:ilvl w:val="1"/>
          <w:numId w:val="10"/>
        </w:numPr>
        <w:tabs>
          <w:tab w:val="left" w:pos="1550"/>
        </w:tabs>
        <w:autoSpaceDE w:val="0"/>
        <w:autoSpaceDN w:val="0"/>
        <w:spacing w:before="7" w:after="0" w:line="240" w:lineRule="auto"/>
        <w:contextualSpacing w:val="0"/>
        <w:rPr>
          <w:rFonts w:ascii="Times New Roman" w:hAnsi="Times New Roman" w:cs="Times New Roman"/>
        </w:rPr>
      </w:pPr>
      <w:r w:rsidRPr="00A11256">
        <w:rPr>
          <w:rFonts w:ascii="Times New Roman" w:hAnsi="Times New Roman" w:cs="Times New Roman"/>
          <w:spacing w:val="-2"/>
        </w:rPr>
        <w:t>Commitment</w:t>
      </w:r>
      <w:r w:rsidRPr="00A11256">
        <w:rPr>
          <w:rFonts w:ascii="Times New Roman" w:hAnsi="Times New Roman" w:cs="Times New Roman"/>
          <w:spacing w:val="-11"/>
        </w:rPr>
        <w:t xml:space="preserve"> </w:t>
      </w:r>
      <w:r w:rsidRPr="00A11256">
        <w:rPr>
          <w:rFonts w:ascii="Times New Roman" w:hAnsi="Times New Roman" w:cs="Times New Roman"/>
          <w:spacing w:val="-2"/>
        </w:rPr>
        <w:t>to</w:t>
      </w:r>
      <w:r w:rsidRPr="00A11256">
        <w:rPr>
          <w:rFonts w:ascii="Times New Roman" w:hAnsi="Times New Roman" w:cs="Times New Roman"/>
          <w:spacing w:val="-11"/>
        </w:rPr>
        <w:t xml:space="preserve"> </w:t>
      </w:r>
      <w:r w:rsidRPr="00A11256">
        <w:rPr>
          <w:rFonts w:ascii="Times New Roman" w:hAnsi="Times New Roman" w:cs="Times New Roman"/>
          <w:spacing w:val="-2"/>
        </w:rPr>
        <w:t>the</w:t>
      </w:r>
      <w:r w:rsidRPr="00A11256">
        <w:rPr>
          <w:rFonts w:ascii="Times New Roman" w:hAnsi="Times New Roman" w:cs="Times New Roman"/>
          <w:spacing w:val="-9"/>
        </w:rPr>
        <w:t xml:space="preserve"> </w:t>
      </w:r>
      <w:r w:rsidRPr="00A11256">
        <w:rPr>
          <w:rFonts w:ascii="Times New Roman" w:hAnsi="Times New Roman" w:cs="Times New Roman"/>
          <w:spacing w:val="-2"/>
        </w:rPr>
        <w:t>social</w:t>
      </w:r>
      <w:r w:rsidRPr="00A11256">
        <w:rPr>
          <w:rFonts w:ascii="Times New Roman" w:hAnsi="Times New Roman" w:cs="Times New Roman"/>
          <w:spacing w:val="-8"/>
        </w:rPr>
        <w:t xml:space="preserve"> </w:t>
      </w:r>
      <w:r w:rsidRPr="00A11256">
        <w:rPr>
          <w:rFonts w:ascii="Times New Roman" w:hAnsi="Times New Roman" w:cs="Times New Roman"/>
          <w:spacing w:val="-2"/>
        </w:rPr>
        <w:t>work</w:t>
      </w:r>
      <w:r w:rsidRPr="00A11256">
        <w:rPr>
          <w:rFonts w:ascii="Times New Roman" w:hAnsi="Times New Roman" w:cs="Times New Roman"/>
          <w:spacing w:val="-8"/>
        </w:rPr>
        <w:t xml:space="preserve"> </w:t>
      </w:r>
      <w:r w:rsidRPr="00A11256">
        <w:rPr>
          <w:rFonts w:ascii="Times New Roman" w:hAnsi="Times New Roman" w:cs="Times New Roman"/>
          <w:spacing w:val="-2"/>
        </w:rPr>
        <w:t>profession</w:t>
      </w:r>
    </w:p>
    <w:p w14:paraId="4DB9F07A" w14:textId="77777777" w:rsidR="004E26A1" w:rsidRDefault="004E26A1" w:rsidP="00A06ADB">
      <w:pPr>
        <w:pStyle w:val="ListParagraph"/>
        <w:rPr>
          <w:rFonts w:ascii="Times New Roman" w:hAnsi="Times New Roman" w:cs="Times New Roman"/>
        </w:rPr>
      </w:pPr>
    </w:p>
    <w:p w14:paraId="1B0986A6" w14:textId="77777777" w:rsidR="00FA0F04" w:rsidRPr="00A11256" w:rsidRDefault="00FA0F04" w:rsidP="00A06ADB">
      <w:pPr>
        <w:pStyle w:val="ListParagraph"/>
        <w:rPr>
          <w:rFonts w:ascii="Times New Roman" w:hAnsi="Times New Roman" w:cs="Times New Roman"/>
        </w:rPr>
      </w:pPr>
    </w:p>
    <w:p w14:paraId="63F1C907" w14:textId="77777777" w:rsidR="004E26A1" w:rsidRPr="00A11256" w:rsidRDefault="004E26A1" w:rsidP="00A06ADB">
      <w:pPr>
        <w:widowControl w:val="0"/>
        <w:tabs>
          <w:tab w:val="left" w:pos="1550"/>
        </w:tabs>
        <w:autoSpaceDE w:val="0"/>
        <w:autoSpaceDN w:val="0"/>
        <w:spacing w:before="7" w:after="0" w:line="240" w:lineRule="auto"/>
        <w:rPr>
          <w:rFonts w:ascii="Times New Roman" w:hAnsi="Times New Roman" w:cs="Times New Roman"/>
        </w:rPr>
      </w:pPr>
    </w:p>
    <w:p w14:paraId="72505F91" w14:textId="77777777" w:rsidR="004E26A1" w:rsidRPr="00A11256" w:rsidRDefault="00DD7008" w:rsidP="7F7B01E6">
      <w:pPr>
        <w:pStyle w:val="ListParagraph"/>
        <w:widowControl w:val="0"/>
        <w:numPr>
          <w:ilvl w:val="1"/>
          <w:numId w:val="10"/>
        </w:numPr>
        <w:tabs>
          <w:tab w:val="left" w:pos="1550"/>
        </w:tabs>
        <w:autoSpaceDE w:val="0"/>
        <w:autoSpaceDN w:val="0"/>
        <w:spacing w:before="7" w:after="0" w:line="247" w:lineRule="auto"/>
        <w:ind w:right="211"/>
        <w:rPr>
          <w:rFonts w:ascii="Times New Roman" w:hAnsi="Times New Roman" w:cs="Times New Roman"/>
        </w:rPr>
      </w:pPr>
      <w:r w:rsidRPr="00A11256">
        <w:rPr>
          <w:rFonts w:ascii="Times New Roman" w:hAnsi="Times New Roman" w:cs="Times New Roman"/>
        </w:rPr>
        <w:t>Confidence</w:t>
      </w:r>
      <w:r w:rsidRPr="00A11256">
        <w:rPr>
          <w:rFonts w:ascii="Times New Roman" w:hAnsi="Times New Roman" w:cs="Times New Roman"/>
          <w:spacing w:val="-3"/>
        </w:rPr>
        <w:t xml:space="preserve"> </w:t>
      </w:r>
      <w:r w:rsidRPr="00A11256">
        <w:rPr>
          <w:rFonts w:ascii="Times New Roman" w:hAnsi="Times New Roman" w:cs="Times New Roman"/>
        </w:rPr>
        <w:t>in</w:t>
      </w:r>
      <w:r w:rsidRPr="00A11256">
        <w:rPr>
          <w:rFonts w:ascii="Times New Roman" w:hAnsi="Times New Roman" w:cs="Times New Roman"/>
          <w:spacing w:val="-2"/>
        </w:rPr>
        <w:t xml:space="preserve"> </w:t>
      </w:r>
      <w:r w:rsidRPr="00A11256">
        <w:rPr>
          <w:rFonts w:ascii="Times New Roman" w:hAnsi="Times New Roman" w:cs="Times New Roman"/>
        </w:rPr>
        <w:t>integrating</w:t>
      </w:r>
      <w:r w:rsidRPr="00A11256">
        <w:rPr>
          <w:rFonts w:ascii="Times New Roman" w:hAnsi="Times New Roman" w:cs="Times New Roman"/>
          <w:spacing w:val="-2"/>
        </w:rPr>
        <w:t xml:space="preserve"> </w:t>
      </w:r>
      <w:r w:rsidRPr="00A11256">
        <w:rPr>
          <w:rFonts w:ascii="Times New Roman" w:hAnsi="Times New Roman" w:cs="Times New Roman"/>
        </w:rPr>
        <w:t>theory</w:t>
      </w:r>
      <w:r w:rsidRPr="00A11256">
        <w:rPr>
          <w:rFonts w:ascii="Times New Roman" w:hAnsi="Times New Roman" w:cs="Times New Roman"/>
          <w:spacing w:val="-7"/>
        </w:rPr>
        <w:t xml:space="preserve"> </w:t>
      </w:r>
      <w:r w:rsidRPr="00A11256">
        <w:rPr>
          <w:rFonts w:ascii="Times New Roman" w:hAnsi="Times New Roman" w:cs="Times New Roman"/>
        </w:rPr>
        <w:t>and</w:t>
      </w:r>
      <w:r w:rsidRPr="00A11256">
        <w:rPr>
          <w:rFonts w:ascii="Times New Roman" w:hAnsi="Times New Roman" w:cs="Times New Roman"/>
          <w:spacing w:val="-2"/>
        </w:rPr>
        <w:t xml:space="preserve"> </w:t>
      </w:r>
      <w:r w:rsidRPr="00A11256">
        <w:rPr>
          <w:rFonts w:ascii="Times New Roman" w:hAnsi="Times New Roman" w:cs="Times New Roman"/>
        </w:rPr>
        <w:t>practice</w:t>
      </w:r>
      <w:r w:rsidRPr="00A11256">
        <w:rPr>
          <w:rFonts w:ascii="Times New Roman" w:hAnsi="Times New Roman" w:cs="Times New Roman"/>
          <w:spacing w:val="-1"/>
        </w:rPr>
        <w:t xml:space="preserve"> </w:t>
      </w:r>
      <w:r w:rsidRPr="00A11256">
        <w:rPr>
          <w:rFonts w:ascii="Times New Roman" w:hAnsi="Times New Roman" w:cs="Times New Roman"/>
        </w:rPr>
        <w:t>as</w:t>
      </w:r>
      <w:r w:rsidRPr="00A11256">
        <w:rPr>
          <w:rFonts w:ascii="Times New Roman" w:hAnsi="Times New Roman" w:cs="Times New Roman"/>
          <w:spacing w:val="-2"/>
        </w:rPr>
        <w:t xml:space="preserve"> </w:t>
      </w:r>
      <w:r w:rsidRPr="00A11256">
        <w:rPr>
          <w:rFonts w:ascii="Times New Roman" w:hAnsi="Times New Roman" w:cs="Times New Roman"/>
        </w:rPr>
        <w:t>well</w:t>
      </w:r>
      <w:r w:rsidRPr="00A11256">
        <w:rPr>
          <w:rFonts w:ascii="Times New Roman" w:hAnsi="Times New Roman" w:cs="Times New Roman"/>
          <w:spacing w:val="-2"/>
        </w:rPr>
        <w:t xml:space="preserve"> </w:t>
      </w:r>
      <w:r w:rsidRPr="00A11256">
        <w:rPr>
          <w:rFonts w:ascii="Times New Roman" w:hAnsi="Times New Roman" w:cs="Times New Roman"/>
        </w:rPr>
        <w:t>as</w:t>
      </w:r>
      <w:r w:rsidRPr="00A11256">
        <w:rPr>
          <w:rFonts w:ascii="Times New Roman" w:hAnsi="Times New Roman" w:cs="Times New Roman"/>
          <w:spacing w:val="-2"/>
        </w:rPr>
        <w:t xml:space="preserve"> </w:t>
      </w:r>
      <w:r w:rsidRPr="00A11256">
        <w:rPr>
          <w:rFonts w:ascii="Times New Roman" w:hAnsi="Times New Roman" w:cs="Times New Roman"/>
        </w:rPr>
        <w:t>in</w:t>
      </w:r>
      <w:r w:rsidRPr="00A11256">
        <w:rPr>
          <w:rFonts w:ascii="Times New Roman" w:hAnsi="Times New Roman" w:cs="Times New Roman"/>
          <w:spacing w:val="-3"/>
        </w:rPr>
        <w:t xml:space="preserve"> </w:t>
      </w:r>
      <w:r w:rsidRPr="00A11256">
        <w:rPr>
          <w:rFonts w:ascii="Times New Roman" w:hAnsi="Times New Roman" w:cs="Times New Roman"/>
        </w:rPr>
        <w:t>carrying</w:t>
      </w:r>
      <w:r w:rsidRPr="00A11256">
        <w:rPr>
          <w:rFonts w:ascii="Times New Roman" w:hAnsi="Times New Roman" w:cs="Times New Roman"/>
          <w:spacing w:val="-5"/>
        </w:rPr>
        <w:t xml:space="preserve"> </w:t>
      </w:r>
      <w:r w:rsidRPr="00A11256">
        <w:rPr>
          <w:rFonts w:ascii="Times New Roman" w:hAnsi="Times New Roman" w:cs="Times New Roman"/>
        </w:rPr>
        <w:t>out</w:t>
      </w:r>
      <w:r w:rsidRPr="00A11256">
        <w:rPr>
          <w:rFonts w:ascii="Times New Roman" w:hAnsi="Times New Roman" w:cs="Times New Roman"/>
          <w:spacing w:val="-2"/>
        </w:rPr>
        <w:t xml:space="preserve"> </w:t>
      </w:r>
      <w:r w:rsidRPr="00A11256">
        <w:rPr>
          <w:rFonts w:ascii="Times New Roman" w:hAnsi="Times New Roman" w:cs="Times New Roman"/>
        </w:rPr>
        <w:t>social</w:t>
      </w:r>
      <w:r w:rsidRPr="00A11256">
        <w:rPr>
          <w:rFonts w:ascii="Times New Roman" w:hAnsi="Times New Roman" w:cs="Times New Roman"/>
          <w:spacing w:val="-2"/>
        </w:rPr>
        <w:t xml:space="preserve"> </w:t>
      </w:r>
      <w:r w:rsidRPr="00A11256">
        <w:rPr>
          <w:rFonts w:ascii="Times New Roman" w:hAnsi="Times New Roman" w:cs="Times New Roman"/>
        </w:rPr>
        <w:lastRenderedPageBreak/>
        <w:t>work tasks at the BASW or MSW level</w:t>
      </w:r>
    </w:p>
    <w:p w14:paraId="66C57D9C" w14:textId="77777777" w:rsidR="004E26A1" w:rsidRPr="00A11256" w:rsidRDefault="004E26A1" w:rsidP="004E26A1">
      <w:pPr>
        <w:widowControl w:val="0"/>
        <w:tabs>
          <w:tab w:val="left" w:pos="1550"/>
        </w:tabs>
        <w:autoSpaceDE w:val="0"/>
        <w:autoSpaceDN w:val="0"/>
        <w:spacing w:before="7" w:after="0" w:line="247" w:lineRule="auto"/>
        <w:ind w:right="211"/>
        <w:rPr>
          <w:rFonts w:ascii="Times New Roman" w:hAnsi="Times New Roman" w:cs="Times New Roman"/>
        </w:rPr>
      </w:pPr>
    </w:p>
    <w:p w14:paraId="061EF5C3" w14:textId="577F4B38" w:rsidR="00DD7008" w:rsidRPr="00A11256" w:rsidRDefault="00DD7008" w:rsidP="00A06ADB">
      <w:pPr>
        <w:widowControl w:val="0"/>
        <w:tabs>
          <w:tab w:val="left" w:pos="1550"/>
        </w:tabs>
        <w:autoSpaceDE w:val="0"/>
        <w:autoSpaceDN w:val="0"/>
        <w:spacing w:before="7" w:after="0" w:line="247" w:lineRule="auto"/>
        <w:ind w:right="211"/>
        <w:rPr>
          <w:rFonts w:ascii="Times New Roman" w:hAnsi="Times New Roman" w:cs="Times New Roman"/>
        </w:rPr>
      </w:pPr>
    </w:p>
    <w:p w14:paraId="1531008D" w14:textId="0EA3E861" w:rsidR="00772D43" w:rsidRDefault="00772D43" w:rsidP="7F7B01E6">
      <w:pPr>
        <w:pStyle w:val="ListParagraph"/>
        <w:numPr>
          <w:ilvl w:val="0"/>
          <w:numId w:val="10"/>
        </w:numPr>
        <w:spacing w:line="240" w:lineRule="auto"/>
        <w:rPr>
          <w:rFonts w:ascii="Times New Roman" w:hAnsi="Times New Roman" w:cs="Times New Roman"/>
          <w:b/>
          <w:bCs/>
        </w:rPr>
      </w:pPr>
      <w:r w:rsidRPr="00A11256">
        <w:rPr>
          <w:rFonts w:ascii="Times New Roman" w:hAnsi="Times New Roman" w:cs="Times New Roman"/>
          <w:b/>
          <w:bCs/>
        </w:rPr>
        <w:t>Personal Strengths and Weaknesses</w:t>
      </w:r>
    </w:p>
    <w:p w14:paraId="3CF21574" w14:textId="77777777" w:rsidR="00A11256" w:rsidRPr="00A11256" w:rsidRDefault="00A11256" w:rsidP="00A11256">
      <w:pPr>
        <w:pStyle w:val="ListParagraph"/>
        <w:spacing w:line="240" w:lineRule="auto"/>
        <w:rPr>
          <w:rFonts w:ascii="Times New Roman" w:hAnsi="Times New Roman" w:cs="Times New Roman"/>
          <w:b/>
          <w:bCs/>
        </w:rPr>
      </w:pPr>
    </w:p>
    <w:p w14:paraId="13EECB56" w14:textId="77777777" w:rsidR="00772D43" w:rsidRPr="00A11256" w:rsidRDefault="00772D43" w:rsidP="00DD7008">
      <w:pPr>
        <w:pStyle w:val="ListParagraph"/>
        <w:numPr>
          <w:ilvl w:val="1"/>
          <w:numId w:val="10"/>
        </w:numPr>
        <w:spacing w:line="240" w:lineRule="auto"/>
        <w:rPr>
          <w:rFonts w:ascii="Times New Roman" w:hAnsi="Times New Roman" w:cs="Times New Roman"/>
        </w:rPr>
      </w:pPr>
      <w:r w:rsidRPr="00A11256">
        <w:rPr>
          <w:rFonts w:ascii="Times New Roman" w:hAnsi="Times New Roman" w:cs="Times New Roman"/>
        </w:rPr>
        <w:t>Strengths and weaknesses as a social worker:</w:t>
      </w:r>
    </w:p>
    <w:p w14:paraId="74025554" w14:textId="77777777" w:rsidR="004E26A1" w:rsidRPr="00A11256" w:rsidRDefault="004E26A1" w:rsidP="00A06ADB">
      <w:pPr>
        <w:spacing w:line="240" w:lineRule="auto"/>
        <w:rPr>
          <w:rFonts w:ascii="Times New Roman" w:hAnsi="Times New Roman" w:cs="Times New Roman"/>
        </w:rPr>
      </w:pPr>
    </w:p>
    <w:p w14:paraId="278D0016" w14:textId="77777777" w:rsidR="00772D43" w:rsidRPr="00A11256" w:rsidRDefault="00772D43" w:rsidP="00DD7008">
      <w:pPr>
        <w:pStyle w:val="ListParagraph"/>
        <w:numPr>
          <w:ilvl w:val="1"/>
          <w:numId w:val="10"/>
        </w:numPr>
        <w:spacing w:line="240" w:lineRule="auto"/>
        <w:rPr>
          <w:rFonts w:ascii="Times New Roman" w:hAnsi="Times New Roman" w:cs="Times New Roman"/>
        </w:rPr>
      </w:pPr>
      <w:r w:rsidRPr="00A11256">
        <w:rPr>
          <w:rFonts w:ascii="Times New Roman" w:hAnsi="Times New Roman" w:cs="Times New Roman"/>
        </w:rPr>
        <w:t>Further educational needs:</w:t>
      </w:r>
    </w:p>
    <w:p w14:paraId="19F28DAB" w14:textId="77777777" w:rsidR="004E26A1" w:rsidRPr="00A11256" w:rsidRDefault="004E26A1" w:rsidP="00A06ADB">
      <w:pPr>
        <w:pStyle w:val="ListParagraph"/>
        <w:rPr>
          <w:rFonts w:ascii="Times New Roman" w:hAnsi="Times New Roman" w:cs="Times New Roman"/>
        </w:rPr>
      </w:pPr>
    </w:p>
    <w:p w14:paraId="033EC404" w14:textId="77777777" w:rsidR="004E26A1" w:rsidRPr="00A11256" w:rsidRDefault="004E26A1" w:rsidP="00A06ADB">
      <w:pPr>
        <w:spacing w:line="240" w:lineRule="auto"/>
        <w:rPr>
          <w:rFonts w:ascii="Times New Roman" w:hAnsi="Times New Roman" w:cs="Times New Roman"/>
        </w:rPr>
      </w:pPr>
    </w:p>
    <w:p w14:paraId="6D456057" w14:textId="77777777" w:rsidR="00DD7008" w:rsidRPr="00A11256" w:rsidRDefault="00DD7008" w:rsidP="00DD7008">
      <w:pPr>
        <w:pStyle w:val="ListParagraph"/>
        <w:spacing w:line="240" w:lineRule="auto"/>
        <w:ind w:left="1440"/>
        <w:rPr>
          <w:rFonts w:ascii="Times New Roman" w:hAnsi="Times New Roman" w:cs="Times New Roman"/>
        </w:rPr>
      </w:pPr>
    </w:p>
    <w:p w14:paraId="72E07013" w14:textId="31203AC8" w:rsidR="000565BB" w:rsidRPr="00A11256" w:rsidRDefault="00772D43" w:rsidP="7F7B01E6">
      <w:pPr>
        <w:pStyle w:val="ListParagraph"/>
        <w:numPr>
          <w:ilvl w:val="0"/>
          <w:numId w:val="10"/>
        </w:numPr>
        <w:spacing w:line="240" w:lineRule="auto"/>
        <w:rPr>
          <w:rFonts w:ascii="Times New Roman" w:hAnsi="Times New Roman" w:cs="Times New Roman"/>
          <w:b/>
          <w:bCs/>
        </w:rPr>
      </w:pPr>
      <w:r w:rsidRPr="00A11256">
        <w:rPr>
          <w:rFonts w:ascii="Times New Roman" w:hAnsi="Times New Roman" w:cs="Times New Roman"/>
          <w:b/>
          <w:bCs/>
        </w:rPr>
        <w:t>Overall Remarks</w:t>
      </w:r>
      <w:r w:rsidR="00DD7008" w:rsidRPr="00A11256">
        <w:rPr>
          <w:rFonts w:ascii="Times New Roman" w:hAnsi="Times New Roman" w:cs="Times New Roman"/>
          <w:b/>
          <w:bCs/>
        </w:rPr>
        <w:t xml:space="preserve"> </w:t>
      </w:r>
      <w:r w:rsidR="00DD7008" w:rsidRPr="00A11256">
        <w:rPr>
          <w:rFonts w:ascii="Times New Roman" w:hAnsi="Times New Roman" w:cs="Times New Roman"/>
          <w:i/>
          <w:iCs/>
        </w:rPr>
        <w:t>(a</w:t>
      </w:r>
      <w:r w:rsidRPr="00A11256">
        <w:rPr>
          <w:rFonts w:ascii="Times New Roman" w:hAnsi="Times New Roman" w:cs="Times New Roman"/>
          <w:i/>
          <w:iCs/>
        </w:rPr>
        <w:t>ssessment of how placement experiences helped meet learning needs and objectives</w:t>
      </w:r>
      <w:r w:rsidR="00DD7008" w:rsidRPr="00A11256">
        <w:rPr>
          <w:rFonts w:ascii="Times New Roman" w:hAnsi="Times New Roman" w:cs="Times New Roman"/>
          <w:i/>
          <w:iCs/>
        </w:rPr>
        <w:t>)</w:t>
      </w:r>
    </w:p>
    <w:p w14:paraId="462E7B20" w14:textId="77777777" w:rsidR="00A06ADB" w:rsidRPr="00A11256" w:rsidRDefault="00A06ADB" w:rsidP="00A06ADB">
      <w:pPr>
        <w:spacing w:line="240" w:lineRule="auto"/>
        <w:rPr>
          <w:rFonts w:ascii="Times New Roman" w:hAnsi="Times New Roman" w:cs="Times New Roman"/>
        </w:rPr>
      </w:pPr>
    </w:p>
    <w:p w14:paraId="4091ABA0" w14:textId="77777777" w:rsidR="00A06ADB" w:rsidRPr="00A11256" w:rsidRDefault="00A06ADB" w:rsidP="00A06ADB">
      <w:pPr>
        <w:spacing w:line="240" w:lineRule="auto"/>
        <w:rPr>
          <w:rFonts w:ascii="Times New Roman" w:hAnsi="Times New Roman" w:cs="Times New Roman"/>
        </w:rPr>
      </w:pPr>
    </w:p>
    <w:p w14:paraId="401E4F70" w14:textId="77777777" w:rsidR="00A06ADB" w:rsidRPr="00A11256" w:rsidRDefault="00A06ADB" w:rsidP="00A06ADB">
      <w:pPr>
        <w:spacing w:line="240" w:lineRule="auto"/>
        <w:rPr>
          <w:rFonts w:ascii="Times New Roman" w:hAnsi="Times New Roman" w:cs="Times New Roman"/>
        </w:rPr>
      </w:pPr>
    </w:p>
    <w:p w14:paraId="05D61949" w14:textId="77777777" w:rsidR="00A06ADB" w:rsidRDefault="00A06ADB" w:rsidP="00A06ADB">
      <w:pPr>
        <w:spacing w:line="240" w:lineRule="auto"/>
        <w:rPr>
          <w:rFonts w:ascii="Times New Roman" w:hAnsi="Times New Roman" w:cs="Times New Roman"/>
        </w:rPr>
      </w:pPr>
    </w:p>
    <w:p w14:paraId="3F2FF921" w14:textId="77777777" w:rsidR="00FA0F04" w:rsidRDefault="00FA0F04" w:rsidP="00A06ADB">
      <w:pPr>
        <w:spacing w:line="240" w:lineRule="auto"/>
        <w:rPr>
          <w:rFonts w:ascii="Times New Roman" w:hAnsi="Times New Roman" w:cs="Times New Roman"/>
        </w:rPr>
      </w:pPr>
    </w:p>
    <w:p w14:paraId="59FAD265" w14:textId="77777777" w:rsidR="00700FD8" w:rsidRPr="00A11256" w:rsidRDefault="00700FD8" w:rsidP="00A06ADB">
      <w:pPr>
        <w:spacing w:line="240" w:lineRule="auto"/>
        <w:rPr>
          <w:rFonts w:ascii="Times New Roman" w:hAnsi="Times New Roman" w:cs="Times New Roman"/>
        </w:rPr>
      </w:pPr>
    </w:p>
    <w:p w14:paraId="41A0DF46" w14:textId="77777777" w:rsidR="00A06ADB" w:rsidRPr="00A11256" w:rsidRDefault="00A06ADB" w:rsidP="00A06ADB">
      <w:pPr>
        <w:spacing w:line="240" w:lineRule="auto"/>
        <w:rPr>
          <w:rFonts w:ascii="Times New Roman" w:hAnsi="Times New Roman" w:cs="Times New Roman"/>
        </w:rPr>
      </w:pPr>
    </w:p>
    <w:p w14:paraId="172B9DAB" w14:textId="0654003E" w:rsidR="00A06ADB" w:rsidRPr="00A11256" w:rsidRDefault="00A06ADB" w:rsidP="00A06ADB">
      <w:pPr>
        <w:spacing w:line="240" w:lineRule="auto"/>
        <w:jc w:val="right"/>
        <w:rPr>
          <w:rFonts w:ascii="Times New Roman" w:hAnsi="Times New Roman" w:cs="Times New Roman"/>
          <w:b/>
          <w:bCs/>
        </w:rPr>
      </w:pPr>
      <w:r w:rsidRPr="00A11256">
        <w:rPr>
          <w:rFonts w:ascii="Times New Roman" w:hAnsi="Times New Roman" w:cs="Times New Roman"/>
        </w:rPr>
        <w:t>(Updated on Aug 2025)</w:t>
      </w:r>
    </w:p>
    <w:sectPr w:rsidR="00A06ADB" w:rsidRPr="00A11256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B568D1" w14:textId="77777777" w:rsidR="00C369D3" w:rsidRDefault="00C369D3" w:rsidP="00383BA8">
      <w:pPr>
        <w:spacing w:after="0" w:line="240" w:lineRule="auto"/>
      </w:pPr>
      <w:r>
        <w:separator/>
      </w:r>
    </w:p>
  </w:endnote>
  <w:endnote w:type="continuationSeparator" w:id="0">
    <w:p w14:paraId="46C555CF" w14:textId="77777777" w:rsidR="00C369D3" w:rsidRDefault="00C369D3" w:rsidP="00383B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96E672" w14:textId="77777777" w:rsidR="00C369D3" w:rsidRDefault="00C369D3" w:rsidP="00383BA8">
      <w:pPr>
        <w:spacing w:after="0" w:line="240" w:lineRule="auto"/>
      </w:pPr>
      <w:r>
        <w:separator/>
      </w:r>
    </w:p>
  </w:footnote>
  <w:footnote w:type="continuationSeparator" w:id="0">
    <w:p w14:paraId="1E74A96E" w14:textId="77777777" w:rsidR="00C369D3" w:rsidRDefault="00C369D3" w:rsidP="00383BA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4FA7087B"/>
    <w:multiLevelType w:val="hybridMultilevel"/>
    <w:tmpl w:val="28B6223C"/>
    <w:lvl w:ilvl="0" w:tplc="B952308E">
      <w:start w:val="1"/>
      <w:numFmt w:val="decimal"/>
      <w:lvlText w:val="%1."/>
      <w:lvlJc w:val="left"/>
      <w:pPr>
        <w:ind w:left="830" w:hanging="72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3"/>
        <w:w w:val="100"/>
        <w:sz w:val="24"/>
        <w:szCs w:val="24"/>
        <w:lang w:val="en-US" w:eastAsia="en-US" w:bidi="ar-SA"/>
      </w:rPr>
    </w:lvl>
    <w:lvl w:ilvl="1" w:tplc="1D8E40B2">
      <w:start w:val="1"/>
      <w:numFmt w:val="lowerLetter"/>
      <w:lvlText w:val="%2)"/>
      <w:lvlJc w:val="left"/>
      <w:pPr>
        <w:ind w:left="1550" w:hanging="7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6"/>
        <w:w w:val="100"/>
        <w:sz w:val="24"/>
        <w:szCs w:val="24"/>
        <w:lang w:val="en-US" w:eastAsia="en-US" w:bidi="ar-SA"/>
      </w:rPr>
    </w:lvl>
    <w:lvl w:ilvl="2" w:tplc="5D0AA7E8">
      <w:numFmt w:val="bullet"/>
      <w:lvlText w:val="•"/>
      <w:lvlJc w:val="left"/>
      <w:pPr>
        <w:ind w:left="2470" w:hanging="720"/>
      </w:pPr>
      <w:rPr>
        <w:rFonts w:hint="default"/>
        <w:lang w:val="en-US" w:eastAsia="en-US" w:bidi="ar-SA"/>
      </w:rPr>
    </w:lvl>
    <w:lvl w:ilvl="3" w:tplc="E78C98EE">
      <w:numFmt w:val="bullet"/>
      <w:lvlText w:val="•"/>
      <w:lvlJc w:val="left"/>
      <w:pPr>
        <w:ind w:left="3380" w:hanging="720"/>
      </w:pPr>
      <w:rPr>
        <w:rFonts w:hint="default"/>
        <w:lang w:val="en-US" w:eastAsia="en-US" w:bidi="ar-SA"/>
      </w:rPr>
    </w:lvl>
    <w:lvl w:ilvl="4" w:tplc="89808D70">
      <w:numFmt w:val="bullet"/>
      <w:lvlText w:val="•"/>
      <w:lvlJc w:val="left"/>
      <w:pPr>
        <w:ind w:left="4290" w:hanging="720"/>
      </w:pPr>
      <w:rPr>
        <w:rFonts w:hint="default"/>
        <w:lang w:val="en-US" w:eastAsia="en-US" w:bidi="ar-SA"/>
      </w:rPr>
    </w:lvl>
    <w:lvl w:ilvl="5" w:tplc="8E5E58DA">
      <w:numFmt w:val="bullet"/>
      <w:lvlText w:val="•"/>
      <w:lvlJc w:val="left"/>
      <w:pPr>
        <w:ind w:left="5200" w:hanging="720"/>
      </w:pPr>
      <w:rPr>
        <w:rFonts w:hint="default"/>
        <w:lang w:val="en-US" w:eastAsia="en-US" w:bidi="ar-SA"/>
      </w:rPr>
    </w:lvl>
    <w:lvl w:ilvl="6" w:tplc="234ED60E">
      <w:numFmt w:val="bullet"/>
      <w:lvlText w:val="•"/>
      <w:lvlJc w:val="left"/>
      <w:pPr>
        <w:ind w:left="6110" w:hanging="720"/>
      </w:pPr>
      <w:rPr>
        <w:rFonts w:hint="default"/>
        <w:lang w:val="en-US" w:eastAsia="en-US" w:bidi="ar-SA"/>
      </w:rPr>
    </w:lvl>
    <w:lvl w:ilvl="7" w:tplc="6BF89118">
      <w:numFmt w:val="bullet"/>
      <w:lvlText w:val="•"/>
      <w:lvlJc w:val="left"/>
      <w:pPr>
        <w:ind w:left="7020" w:hanging="720"/>
      </w:pPr>
      <w:rPr>
        <w:rFonts w:hint="default"/>
        <w:lang w:val="en-US" w:eastAsia="en-US" w:bidi="ar-SA"/>
      </w:rPr>
    </w:lvl>
    <w:lvl w:ilvl="8" w:tplc="C832988C">
      <w:numFmt w:val="bullet"/>
      <w:lvlText w:val="•"/>
      <w:lvlJc w:val="left"/>
      <w:pPr>
        <w:ind w:left="7930" w:hanging="720"/>
      </w:pPr>
      <w:rPr>
        <w:rFonts w:hint="default"/>
        <w:lang w:val="en-US" w:eastAsia="en-US" w:bidi="ar-SA"/>
      </w:rPr>
    </w:lvl>
  </w:abstractNum>
  <w:abstractNum w:abstractNumId="10" w15:restartNumberingAfterBreak="0">
    <w:nsid w:val="60C24FFD"/>
    <w:multiLevelType w:val="hybridMultilevel"/>
    <w:tmpl w:val="C09CAA4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C0D55E9"/>
    <w:multiLevelType w:val="hybridMultilevel"/>
    <w:tmpl w:val="0C685E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E4A8B142">
      <w:start w:val="1"/>
      <w:numFmt w:val="upperLetter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  <w:num w:numId="10">
    <w:abstractNumId w:val="10"/>
  </w:num>
  <w:num w:numId="11">
    <w:abstractNumId w:val="11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45964"/>
    <w:rsid w:val="000565BB"/>
    <w:rsid w:val="0006063C"/>
    <w:rsid w:val="000A5DFD"/>
    <w:rsid w:val="000B32A9"/>
    <w:rsid w:val="000D4B86"/>
    <w:rsid w:val="0015074B"/>
    <w:rsid w:val="0026234B"/>
    <w:rsid w:val="00263CF3"/>
    <w:rsid w:val="0029639D"/>
    <w:rsid w:val="002E0F3F"/>
    <w:rsid w:val="003126BC"/>
    <w:rsid w:val="00326F90"/>
    <w:rsid w:val="00383BA8"/>
    <w:rsid w:val="004001F1"/>
    <w:rsid w:val="0041216F"/>
    <w:rsid w:val="0042046C"/>
    <w:rsid w:val="004C7B70"/>
    <w:rsid w:val="004D4986"/>
    <w:rsid w:val="004E26A1"/>
    <w:rsid w:val="00530DFC"/>
    <w:rsid w:val="005D6D72"/>
    <w:rsid w:val="006B0E22"/>
    <w:rsid w:val="006E47B1"/>
    <w:rsid w:val="00700FD8"/>
    <w:rsid w:val="00731404"/>
    <w:rsid w:val="00772D43"/>
    <w:rsid w:val="007C25F2"/>
    <w:rsid w:val="008868F0"/>
    <w:rsid w:val="0088757F"/>
    <w:rsid w:val="00923785"/>
    <w:rsid w:val="00995BA1"/>
    <w:rsid w:val="009A6636"/>
    <w:rsid w:val="009F273E"/>
    <w:rsid w:val="00A06ADB"/>
    <w:rsid w:val="00A11256"/>
    <w:rsid w:val="00A87A50"/>
    <w:rsid w:val="00AA1D8D"/>
    <w:rsid w:val="00B026CE"/>
    <w:rsid w:val="00B47730"/>
    <w:rsid w:val="00B723BE"/>
    <w:rsid w:val="00C141C9"/>
    <w:rsid w:val="00C369D3"/>
    <w:rsid w:val="00CB0664"/>
    <w:rsid w:val="00DC7E72"/>
    <w:rsid w:val="00DD7008"/>
    <w:rsid w:val="00E4167C"/>
    <w:rsid w:val="00E8758A"/>
    <w:rsid w:val="00F0116E"/>
    <w:rsid w:val="00FA0F04"/>
    <w:rsid w:val="00FC693F"/>
    <w:rsid w:val="05FE2514"/>
    <w:rsid w:val="1B113EE0"/>
    <w:rsid w:val="34FED996"/>
    <w:rsid w:val="3A0E8DBE"/>
    <w:rsid w:val="58D85D8C"/>
    <w:rsid w:val="66269A5F"/>
    <w:rsid w:val="6D858B1C"/>
    <w:rsid w:val="7A4F404E"/>
    <w:rsid w:val="7F7B01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."/>
  <w:listSeparator w:val=","/>
  <w14:docId w14:val="24062061"/>
  <w14:defaultImageDpi w14:val="300"/>
  <w15:docId w15:val="{13F4F9AF-E594-4FBB-98CC-1B5A18118E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1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DC7E7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C7E7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C7E7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C7E7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C7E72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255</Words>
  <Characters>1459</Characters>
  <Application>Microsoft Office Word</Application>
  <DocSecurity>0</DocSecurity>
  <Lines>12</Lines>
  <Paragraphs>3</Paragraphs>
  <ScaleCrop>false</ScaleCrop>
  <Manager/>
  <Company/>
  <LinksUpToDate>false</LinksUpToDate>
  <CharactersWithSpaces>1711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CHAN, phoebe HC [APSS]</cp:lastModifiedBy>
  <cp:revision>4</cp:revision>
  <dcterms:created xsi:type="dcterms:W3CDTF">2025-08-28T07:55:00Z</dcterms:created>
  <dcterms:modified xsi:type="dcterms:W3CDTF">2025-08-29T06:53:00Z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467ae84c-98cb-4242-a776-c07179e5ea63</vt:lpwstr>
  </property>
</Properties>
</file>