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9FB1DD" w14:textId="77777777" w:rsidR="00F21F3E" w:rsidRPr="00DD1D19" w:rsidRDefault="00F21F3E" w:rsidP="00F21F3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D1D19">
        <w:rPr>
          <w:rFonts w:ascii="Times New Roman" w:hAnsi="Times New Roman" w:cs="Times New Roman"/>
          <w:b/>
          <w:bCs/>
          <w:sz w:val="24"/>
          <w:szCs w:val="24"/>
        </w:rPr>
        <w:t>THE HONG KONG POLYTECHNIC UNIVERSITY</w:t>
      </w:r>
    </w:p>
    <w:p w14:paraId="2A7730BF" w14:textId="77777777" w:rsidR="00F21F3E" w:rsidRPr="00DD1D19" w:rsidRDefault="00F21F3E" w:rsidP="00F21F3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D1D19">
        <w:rPr>
          <w:rFonts w:ascii="Times New Roman" w:hAnsi="Times New Roman" w:cs="Times New Roman"/>
          <w:b/>
          <w:bCs/>
          <w:sz w:val="24"/>
          <w:szCs w:val="24"/>
        </w:rPr>
        <w:t>DEPARTMENT OF APPLIED SOCIAL SCIENCES</w:t>
      </w:r>
    </w:p>
    <w:p w14:paraId="3995D179" w14:textId="77777777" w:rsidR="00F21F3E" w:rsidRPr="00DD1D19" w:rsidRDefault="00F21F3E" w:rsidP="00F21F3E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D1D19">
        <w:rPr>
          <w:rFonts w:ascii="Times New Roman" w:hAnsi="Times New Roman" w:cs="Times New Roman"/>
          <w:b/>
          <w:bCs/>
          <w:sz w:val="24"/>
          <w:szCs w:val="24"/>
          <w:u w:val="single"/>
        </w:rPr>
        <w:t>Learning Contract in Fieldwork</w:t>
      </w:r>
    </w:p>
    <w:p w14:paraId="6A8C3B69" w14:textId="77777777" w:rsidR="00DD1D19" w:rsidRPr="00DD1D19" w:rsidRDefault="3F177A22" w:rsidP="0065771D">
      <w:pPr>
        <w:jc w:val="center"/>
        <w:rPr>
          <w:rFonts w:ascii="Times New Roman" w:eastAsia="Calibri" w:hAnsi="Times New Roman" w:cs="Times New Roman"/>
          <w:i/>
          <w:iCs/>
          <w:color w:val="FF0000"/>
          <w:sz w:val="24"/>
          <w:szCs w:val="24"/>
          <w:lang w:val="en-HK"/>
        </w:rPr>
      </w:pPr>
      <w:r w:rsidRPr="00DD1D19">
        <w:rPr>
          <w:rFonts w:ascii="Times New Roman" w:eastAsia="Calibri" w:hAnsi="Times New Roman" w:cs="Times New Roman"/>
          <w:i/>
          <w:iCs/>
          <w:color w:val="FF0000"/>
          <w:sz w:val="24"/>
          <w:szCs w:val="24"/>
          <w:lang w:val="en-HK"/>
        </w:rPr>
        <w:t xml:space="preserve">The guideline serves as reference only. </w:t>
      </w:r>
    </w:p>
    <w:p w14:paraId="7489319E" w14:textId="48320678" w:rsidR="00F21F3E" w:rsidRPr="00DD1D19" w:rsidDel="0095608C" w:rsidRDefault="3F177A22" w:rsidP="00DD1D19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DD1D19">
        <w:rPr>
          <w:rFonts w:ascii="Times New Roman" w:eastAsia="Calibri" w:hAnsi="Times New Roman" w:cs="Times New Roman"/>
          <w:i/>
          <w:iCs/>
          <w:color w:val="FF0000"/>
          <w:sz w:val="24"/>
          <w:szCs w:val="24"/>
          <w:lang w:val="en-HK"/>
        </w:rPr>
        <w:t xml:space="preserve">Supervisor could make adjustment(s) when appropriate. </w:t>
      </w:r>
    </w:p>
    <w:p w14:paraId="2FAE34CB" w14:textId="7693D20D" w:rsidR="00D32A76" w:rsidRPr="00DD1D19" w:rsidRDefault="00F21F3E" w:rsidP="0D081F4D">
      <w:pPr>
        <w:rPr>
          <w:rFonts w:ascii="Times New Roman" w:eastAsia="Calibri" w:hAnsi="Times New Roman" w:cs="Times New Roman"/>
          <w:i/>
          <w:iCs/>
          <w:sz w:val="24"/>
          <w:szCs w:val="24"/>
          <w:lang w:val="en-HK"/>
        </w:rPr>
      </w:pPr>
      <w:r w:rsidRPr="00DD1D19">
        <w:rPr>
          <w:rFonts w:ascii="Times New Roman" w:hAnsi="Times New Roman" w:cs="Times New Roman"/>
          <w:sz w:val="24"/>
          <w:szCs w:val="24"/>
        </w:rPr>
        <w:t xml:space="preserve">Please indicate the service and knowledge you intend to learn and the means to achieve your learning goal.  </w:t>
      </w:r>
    </w:p>
    <w:p w14:paraId="706B5ECA" w14:textId="371FDECC" w:rsidR="00F21F3E" w:rsidRDefault="00F21F3E" w:rsidP="00F21F3E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DD1D19">
        <w:rPr>
          <w:rFonts w:ascii="Times New Roman" w:hAnsi="Times New Roman" w:cs="Times New Roman"/>
          <w:b/>
          <w:bCs/>
          <w:sz w:val="24"/>
          <w:szCs w:val="24"/>
        </w:rPr>
        <w:t>Basic Information</w:t>
      </w:r>
    </w:p>
    <w:p w14:paraId="6B80B97F" w14:textId="77777777" w:rsidR="00DD1D19" w:rsidRPr="00DD1D19" w:rsidRDefault="00DD1D19" w:rsidP="00DD1D19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A57BA0" w14:textId="077261BE" w:rsidR="00F21F3E" w:rsidRPr="00DD1D19" w:rsidRDefault="00F21F3E" w:rsidP="00F21F3E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>Student Name:</w:t>
      </w:r>
    </w:p>
    <w:p w14:paraId="71845255" w14:textId="7062531C" w:rsidR="00F21F3E" w:rsidRPr="00DD1D19" w:rsidRDefault="00F21F3E" w:rsidP="00F21F3E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>Student Number:</w:t>
      </w:r>
    </w:p>
    <w:p w14:paraId="7C578355" w14:textId="2730B115" w:rsidR="00F21F3E" w:rsidRPr="00DD1D19" w:rsidRDefault="00F21F3E" w:rsidP="00F21F3E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>Mode and Year of Study:</w:t>
      </w:r>
    </w:p>
    <w:p w14:paraId="445648D8" w14:textId="06FC4947" w:rsidR="00F21F3E" w:rsidRPr="00DD1D19" w:rsidRDefault="00F21F3E" w:rsidP="00F21F3E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>Placement Period:</w:t>
      </w:r>
    </w:p>
    <w:p w14:paraId="3D354EC6" w14:textId="5AA29094" w:rsidR="00F21F3E" w:rsidRPr="00DD1D19" w:rsidRDefault="00F21F3E" w:rsidP="00F21F3E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>Placement Unit:</w:t>
      </w:r>
    </w:p>
    <w:p w14:paraId="411BE6A2" w14:textId="61FAAEAF" w:rsidR="00F21F3E" w:rsidRPr="00DD1D19" w:rsidRDefault="3D987BE8" w:rsidP="2DD8D726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 xml:space="preserve">Name of </w:t>
      </w:r>
      <w:r w:rsidR="00F21F3E" w:rsidRPr="00DD1D19">
        <w:rPr>
          <w:rFonts w:ascii="Times New Roman" w:hAnsi="Times New Roman" w:cs="Times New Roman"/>
          <w:sz w:val="24"/>
          <w:szCs w:val="24"/>
        </w:rPr>
        <w:t>Fieldwork Supervisor:</w:t>
      </w:r>
    </w:p>
    <w:p w14:paraId="0B719D5A" w14:textId="1FEE20FB" w:rsidR="00620118" w:rsidRPr="00DD1D19" w:rsidRDefault="00620118" w:rsidP="2DD8D726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 xml:space="preserve">Date of </w:t>
      </w:r>
      <w:r w:rsidR="50C66BFD" w:rsidRPr="00DD1D19">
        <w:rPr>
          <w:rFonts w:ascii="Times New Roman" w:hAnsi="Times New Roman" w:cs="Times New Roman"/>
          <w:sz w:val="24"/>
          <w:szCs w:val="24"/>
        </w:rPr>
        <w:t>submissio</w:t>
      </w:r>
      <w:r w:rsidR="53165CBE" w:rsidRPr="00DD1D19">
        <w:rPr>
          <w:rFonts w:ascii="Times New Roman" w:hAnsi="Times New Roman" w:cs="Times New Roman"/>
          <w:sz w:val="24"/>
          <w:szCs w:val="24"/>
        </w:rPr>
        <w:t>n:</w:t>
      </w:r>
    </w:p>
    <w:p w14:paraId="79691BEA" w14:textId="341DD27B" w:rsidR="00620118" w:rsidRPr="00DD1D19" w:rsidRDefault="427B83AB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 xml:space="preserve">Number of </w:t>
      </w:r>
      <w:r w:rsidR="7C62C58C" w:rsidRPr="00DD1D19">
        <w:rPr>
          <w:rFonts w:ascii="Times New Roman" w:hAnsi="Times New Roman" w:cs="Times New Roman"/>
          <w:sz w:val="24"/>
          <w:szCs w:val="24"/>
        </w:rPr>
        <w:t>v</w:t>
      </w:r>
      <w:r w:rsidRPr="00DD1D19">
        <w:rPr>
          <w:rFonts w:ascii="Times New Roman" w:hAnsi="Times New Roman" w:cs="Times New Roman"/>
          <w:sz w:val="24"/>
          <w:szCs w:val="24"/>
        </w:rPr>
        <w:t>ersions</w:t>
      </w:r>
      <w:r w:rsidR="41851CC1" w:rsidRPr="00DD1D19">
        <w:rPr>
          <w:rFonts w:ascii="Times New Roman" w:hAnsi="Times New Roman" w:cs="Times New Roman"/>
          <w:sz w:val="24"/>
          <w:szCs w:val="24"/>
        </w:rPr>
        <w:t xml:space="preserve"> submitted</w:t>
      </w:r>
      <w:r w:rsidRPr="00DD1D19">
        <w:rPr>
          <w:rFonts w:ascii="Times New Roman" w:hAnsi="Times New Roman" w:cs="Times New Roman"/>
          <w:sz w:val="24"/>
          <w:szCs w:val="24"/>
        </w:rPr>
        <w:t xml:space="preserve">: </w:t>
      </w:r>
      <w:r w:rsidR="00620118" w:rsidRPr="00DD1D1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855F9A7" w14:textId="77777777" w:rsidR="00F21F3E" w:rsidRPr="00DD1D19" w:rsidRDefault="00F21F3E" w:rsidP="00F21F3E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666BB37C" w14:textId="1E9ECB58" w:rsidR="00F21F3E" w:rsidRDefault="00F21F3E" w:rsidP="00F21F3E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DD1D19">
        <w:rPr>
          <w:rFonts w:ascii="Times New Roman" w:hAnsi="Times New Roman" w:cs="Times New Roman"/>
          <w:b/>
          <w:bCs/>
          <w:sz w:val="24"/>
          <w:szCs w:val="24"/>
        </w:rPr>
        <w:t>Learning Objectives</w:t>
      </w:r>
    </w:p>
    <w:p w14:paraId="2AD5CF7F" w14:textId="77777777" w:rsidR="00DD1D19" w:rsidRPr="00DD1D19" w:rsidRDefault="00DD1D19" w:rsidP="00DD1D19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4CD185B2" w14:textId="3CDAA998" w:rsidR="00F21F3E" w:rsidRPr="00DD1D19" w:rsidRDefault="00F21F3E" w:rsidP="00F21F3E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>Understanding the Service</w:t>
      </w:r>
    </w:p>
    <w:p w14:paraId="1D02DBDA" w14:textId="71421D26" w:rsidR="00F21F3E" w:rsidRPr="00DD1D19" w:rsidRDefault="00F21F3E" w:rsidP="00F21F3E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>The Hong Kong social services context:</w:t>
      </w:r>
    </w:p>
    <w:p w14:paraId="11B8FA0A" w14:textId="002E14AA" w:rsidR="00F21F3E" w:rsidRPr="00DD1D19" w:rsidRDefault="00F21F3E" w:rsidP="00F21F3E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>The agency/unit context:</w:t>
      </w:r>
    </w:p>
    <w:p w14:paraId="005CFBD2" w14:textId="07AEE2FB" w:rsidR="00F21F3E" w:rsidRPr="00DD1D19" w:rsidRDefault="00F21F3E" w:rsidP="00F21F3E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>Geographical/functional/community context:</w:t>
      </w:r>
      <w:r w:rsidR="007C2B87" w:rsidRPr="00DD1D19">
        <w:rPr>
          <w:rFonts w:ascii="Times New Roman" w:hAnsi="Times New Roman" w:cs="Times New Roman"/>
          <w:sz w:val="24"/>
          <w:szCs w:val="24"/>
        </w:rPr>
        <w:br/>
      </w:r>
    </w:p>
    <w:p w14:paraId="0A3564E2" w14:textId="73D7D468" w:rsidR="00F21F3E" w:rsidRPr="00DD1D19" w:rsidRDefault="00F21F3E" w:rsidP="00F21F3E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>Understanding the Client Group</w:t>
      </w:r>
    </w:p>
    <w:p w14:paraId="3D6BF16B" w14:textId="11531D9D" w:rsidR="00F21F3E" w:rsidRPr="00DD1D19" w:rsidRDefault="00F21F3E" w:rsidP="00F21F3E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>Characteristics and needs:</w:t>
      </w:r>
    </w:p>
    <w:p w14:paraId="71196A61" w14:textId="1DC96226" w:rsidR="00F21F3E" w:rsidRPr="00DD1D19" w:rsidRDefault="00F21F3E" w:rsidP="00F21F3E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>Problems faced and coping methods:</w:t>
      </w:r>
    </w:p>
    <w:p w14:paraId="7712F7F5" w14:textId="7DFEB24C" w:rsidR="00F21F3E" w:rsidRPr="00DD1D19" w:rsidRDefault="00F21F3E" w:rsidP="00F21F3E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>Potential problems:</w:t>
      </w:r>
    </w:p>
    <w:p w14:paraId="2DBF616C" w14:textId="5B466C02" w:rsidR="00F21F3E" w:rsidRPr="00DD1D19" w:rsidRDefault="00F21F3E" w:rsidP="00F21F3E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>Agency/community response:</w:t>
      </w:r>
      <w:r w:rsidR="007C2B87" w:rsidRPr="00DD1D19">
        <w:rPr>
          <w:rFonts w:ascii="Times New Roman" w:hAnsi="Times New Roman" w:cs="Times New Roman"/>
          <w:sz w:val="24"/>
          <w:szCs w:val="24"/>
        </w:rPr>
        <w:br/>
      </w:r>
    </w:p>
    <w:p w14:paraId="220949F9" w14:textId="7A866692" w:rsidR="00F21F3E" w:rsidRPr="00DD1D19" w:rsidRDefault="00F21F3E" w:rsidP="00F21F3E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>Professional Development</w:t>
      </w:r>
    </w:p>
    <w:p w14:paraId="596791D9" w14:textId="107E2BA5" w:rsidR="00F21F3E" w:rsidRPr="00DD1D19" w:rsidRDefault="00F21F3E" w:rsidP="00F21F3E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>Professional values to develop:</w:t>
      </w:r>
    </w:p>
    <w:p w14:paraId="75531B1A" w14:textId="560395F4" w:rsidR="00F21F3E" w:rsidRPr="00DD1D19" w:rsidRDefault="00F21F3E" w:rsidP="00F21F3E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>Theories to explore:</w:t>
      </w:r>
    </w:p>
    <w:p w14:paraId="1043BC85" w14:textId="0C96285D" w:rsidR="00F21F3E" w:rsidRDefault="00F21F3E" w:rsidP="00F21F3E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>Knowledge and practical skills to acquire:</w:t>
      </w:r>
      <w:r w:rsidR="009B7216" w:rsidRPr="00DD1D19">
        <w:rPr>
          <w:rFonts w:ascii="Times New Roman" w:hAnsi="Times New Roman" w:cs="Times New Roman"/>
          <w:sz w:val="24"/>
          <w:szCs w:val="24"/>
        </w:rPr>
        <w:br/>
      </w:r>
    </w:p>
    <w:p w14:paraId="18D4E690" w14:textId="77777777" w:rsidR="00DD1D19" w:rsidRPr="00DD1D19" w:rsidRDefault="00DD1D19" w:rsidP="00DD1D19">
      <w:pPr>
        <w:pStyle w:val="ListParagraph"/>
        <w:ind w:left="2160"/>
        <w:rPr>
          <w:rFonts w:ascii="Times New Roman" w:hAnsi="Times New Roman" w:cs="Times New Roman"/>
          <w:sz w:val="24"/>
          <w:szCs w:val="24"/>
        </w:rPr>
      </w:pPr>
    </w:p>
    <w:p w14:paraId="11A3E867" w14:textId="6E9243F7" w:rsidR="00F21F3E" w:rsidRDefault="00F21F3E" w:rsidP="00F21F3E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DD1D19">
        <w:rPr>
          <w:rFonts w:ascii="Times New Roman" w:hAnsi="Times New Roman" w:cs="Times New Roman"/>
          <w:b/>
          <w:bCs/>
          <w:sz w:val="24"/>
          <w:szCs w:val="24"/>
        </w:rPr>
        <w:lastRenderedPageBreak/>
        <w:t>Work and Study Plan</w:t>
      </w:r>
    </w:p>
    <w:p w14:paraId="55644971" w14:textId="77777777" w:rsidR="00DD1D19" w:rsidRPr="00DD1D19" w:rsidRDefault="00DD1D19" w:rsidP="00DD1D19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58175FBA" w14:textId="46728B17" w:rsidR="00F21F3E" w:rsidRPr="00DD1D19" w:rsidRDefault="00F21F3E" w:rsidP="00F21F3E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>Types of assignments and workload:</w:t>
      </w:r>
    </w:p>
    <w:p w14:paraId="13C05823" w14:textId="7A282605" w:rsidR="00F21F3E" w:rsidRPr="00DD1D19" w:rsidRDefault="00F21F3E" w:rsidP="00F21F3E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>Target client group and issues of interest:</w:t>
      </w:r>
    </w:p>
    <w:p w14:paraId="5501E9F7" w14:textId="6297B865" w:rsidR="00F21F3E" w:rsidRPr="00DD1D19" w:rsidRDefault="00F21F3E" w:rsidP="00F21F3E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>Theoretical frameworks and intervention approaches:</w:t>
      </w:r>
    </w:p>
    <w:p w14:paraId="45798BDC" w14:textId="77971EAB" w:rsidR="00F21F3E" w:rsidRPr="00DD1D19" w:rsidRDefault="00F21F3E" w:rsidP="00F21F3E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>Working schedule:</w:t>
      </w:r>
      <w:r w:rsidR="009B7216" w:rsidRPr="00DD1D19">
        <w:rPr>
          <w:rFonts w:ascii="Times New Roman" w:hAnsi="Times New Roman" w:cs="Times New Roman"/>
          <w:sz w:val="24"/>
          <w:szCs w:val="24"/>
        </w:rPr>
        <w:br/>
      </w:r>
    </w:p>
    <w:p w14:paraId="62F75CAC" w14:textId="48B57465" w:rsidR="00F21F3E" w:rsidRDefault="00F21F3E" w:rsidP="00F21F3E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DD1D19">
        <w:rPr>
          <w:rFonts w:ascii="Times New Roman" w:hAnsi="Times New Roman" w:cs="Times New Roman"/>
          <w:b/>
          <w:bCs/>
          <w:sz w:val="24"/>
          <w:szCs w:val="24"/>
        </w:rPr>
        <w:t>Particular Learning Needs</w:t>
      </w:r>
    </w:p>
    <w:p w14:paraId="6C759F75" w14:textId="77777777" w:rsidR="00DD1D19" w:rsidRPr="00DD1D19" w:rsidRDefault="00DD1D19" w:rsidP="00DD1D19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46AB25F3" w14:textId="4AABB5F6" w:rsidR="00F21F3E" w:rsidRPr="00DD1D19" w:rsidRDefault="00F21F3E" w:rsidP="00F21F3E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>Personal strengths and weaknesses:</w:t>
      </w:r>
    </w:p>
    <w:p w14:paraId="2EDBB199" w14:textId="66D07BAF" w:rsidR="00F21F3E" w:rsidRPr="00DD1D19" w:rsidRDefault="00F21F3E" w:rsidP="00F21F3E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>Areas of concern/interest (agency or APSS requirements):</w:t>
      </w:r>
    </w:p>
    <w:p w14:paraId="3D38F7A6" w14:textId="78DD48C9" w:rsidR="00F21F3E" w:rsidRPr="00DD1D19" w:rsidRDefault="00F21F3E" w:rsidP="00F21F3E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>Support needed to meet learning goals:</w:t>
      </w:r>
    </w:p>
    <w:p w14:paraId="0E3D7E00" w14:textId="77777777" w:rsidR="009B7216" w:rsidRPr="00DD1D19" w:rsidRDefault="009B7216" w:rsidP="009B7216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4D817691" w14:textId="2BCAEFEC" w:rsidR="00F21F3E" w:rsidRDefault="00F21F3E" w:rsidP="00F21F3E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DD1D19">
        <w:rPr>
          <w:rFonts w:ascii="Times New Roman" w:hAnsi="Times New Roman" w:cs="Times New Roman"/>
          <w:b/>
          <w:bCs/>
          <w:sz w:val="24"/>
          <w:szCs w:val="24"/>
        </w:rPr>
        <w:t>Supervision</w:t>
      </w:r>
    </w:p>
    <w:p w14:paraId="18EAC171" w14:textId="77777777" w:rsidR="00DD1D19" w:rsidRPr="00DD1D19" w:rsidRDefault="00DD1D19" w:rsidP="00DD1D19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AE7BA7" w14:textId="4E1A8B38" w:rsidR="00F21F3E" w:rsidRPr="00DD1D19" w:rsidRDefault="00F21F3E" w:rsidP="00F21F3E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>Frequency and timing of supervision:</w:t>
      </w:r>
    </w:p>
    <w:p w14:paraId="12CAB3DA" w14:textId="6A08EBD7" w:rsidR="00F21F3E" w:rsidRPr="00DD1D19" w:rsidRDefault="00F21F3E" w:rsidP="00F21F3E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>Venue for supervision sessions:</w:t>
      </w:r>
    </w:p>
    <w:p w14:paraId="0562612E" w14:textId="4634E860" w:rsidR="00F21F3E" w:rsidRPr="00DD1D19" w:rsidRDefault="00F21F3E" w:rsidP="00F21F3E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>Communication channels:</w:t>
      </w:r>
    </w:p>
    <w:p w14:paraId="2A36D0EB" w14:textId="681789A8" w:rsidR="00F21F3E" w:rsidRPr="00DD1D19" w:rsidRDefault="00F21F3E" w:rsidP="00F21F3E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>Anticipated learning areas in supervision:</w:t>
      </w:r>
      <w:r w:rsidR="009B7216" w:rsidRPr="00DD1D19">
        <w:rPr>
          <w:rFonts w:ascii="Times New Roman" w:hAnsi="Times New Roman" w:cs="Times New Roman"/>
          <w:sz w:val="24"/>
          <w:szCs w:val="24"/>
        </w:rPr>
        <w:br/>
      </w:r>
    </w:p>
    <w:p w14:paraId="13F98B7C" w14:textId="77D623E9" w:rsidR="00F21F3E" w:rsidRDefault="00F21F3E" w:rsidP="00F21F3E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DD1D19">
        <w:rPr>
          <w:rFonts w:ascii="Times New Roman" w:hAnsi="Times New Roman" w:cs="Times New Roman"/>
          <w:b/>
          <w:bCs/>
          <w:sz w:val="24"/>
          <w:szCs w:val="24"/>
        </w:rPr>
        <w:t>Evaluation and Assessment</w:t>
      </w:r>
    </w:p>
    <w:p w14:paraId="3ECA4128" w14:textId="77777777" w:rsidR="00DD1D19" w:rsidRPr="00DD1D19" w:rsidRDefault="00DD1D19" w:rsidP="00DD1D19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6768CBCB" w14:textId="655CA5C7" w:rsidR="00F21F3E" w:rsidRPr="00DD1D19" w:rsidRDefault="00F21F3E" w:rsidP="00F21F3E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>Assessment tools to be used:</w:t>
      </w:r>
    </w:p>
    <w:p w14:paraId="3A5F09FB" w14:textId="02A6F5C2" w:rsidR="00F21F3E" w:rsidRPr="00DD1D19" w:rsidRDefault="00F21F3E" w:rsidP="00F21F3E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>Student’s roles and responsibilities:</w:t>
      </w:r>
    </w:p>
    <w:p w14:paraId="11B6B931" w14:textId="1FDA99E1" w:rsidR="00C470B4" w:rsidRPr="00DD1D19" w:rsidRDefault="00F21F3E" w:rsidP="00C470B4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>Form and structure of evaluation:</w:t>
      </w:r>
    </w:p>
    <w:p w14:paraId="6AF814D3" w14:textId="77777777" w:rsidR="00C470B4" w:rsidRPr="00DD1D19" w:rsidRDefault="00C470B4" w:rsidP="00C470B4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2546ACA4" w14:textId="77777777" w:rsidR="00C470B4" w:rsidRPr="00DD1D19" w:rsidRDefault="00C470B4" w:rsidP="00C470B4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4868818E" w14:textId="77777777" w:rsidR="00C470B4" w:rsidRPr="00DD1D19" w:rsidRDefault="00C470B4" w:rsidP="00C470B4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152BBDF7" w14:textId="77777777" w:rsidR="00107E5D" w:rsidRPr="00DD1D19" w:rsidRDefault="00107E5D" w:rsidP="00C470B4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4AAD1D3C" w14:textId="77777777" w:rsidR="00107E5D" w:rsidRPr="00DD1D19" w:rsidRDefault="00107E5D" w:rsidP="00C470B4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44D44D8F" w14:textId="77777777" w:rsidR="00107E5D" w:rsidRDefault="00107E5D" w:rsidP="00C470B4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5C9F45B2" w14:textId="77777777" w:rsidR="00DD1D19" w:rsidRDefault="00DD1D19" w:rsidP="00C470B4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228BA873" w14:textId="77777777" w:rsidR="00DD1D19" w:rsidRPr="00DD1D19" w:rsidRDefault="00DD1D19" w:rsidP="00C470B4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4914FD5D" w14:textId="77777777" w:rsidR="00C470B4" w:rsidRPr="00DD1D19" w:rsidRDefault="00C470B4" w:rsidP="00C470B4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0FB1C48B" w14:textId="1B427C41" w:rsidR="00C470B4" w:rsidRPr="00DD1D19" w:rsidRDefault="00C470B4" w:rsidP="00C470B4">
      <w:pPr>
        <w:pStyle w:val="ListParagraph"/>
        <w:ind w:left="1440"/>
        <w:jc w:val="right"/>
        <w:rPr>
          <w:rFonts w:ascii="Times New Roman" w:hAnsi="Times New Roman" w:cs="Times New Roman"/>
          <w:sz w:val="24"/>
          <w:szCs w:val="24"/>
        </w:rPr>
      </w:pPr>
      <w:r w:rsidRPr="00DD1D19">
        <w:rPr>
          <w:rFonts w:ascii="Times New Roman" w:hAnsi="Times New Roman" w:cs="Times New Roman"/>
          <w:sz w:val="24"/>
          <w:szCs w:val="24"/>
        </w:rPr>
        <w:t>(Updated on Aug 2025)</w:t>
      </w:r>
    </w:p>
    <w:sectPr w:rsidR="00C470B4" w:rsidRPr="00DD1D1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C91529" w14:textId="77777777" w:rsidR="00CD5571" w:rsidRDefault="00CD5571" w:rsidP="00D32A76">
      <w:pPr>
        <w:spacing w:after="0" w:line="240" w:lineRule="auto"/>
      </w:pPr>
      <w:r>
        <w:separator/>
      </w:r>
    </w:p>
  </w:endnote>
  <w:endnote w:type="continuationSeparator" w:id="0">
    <w:p w14:paraId="774F5B3C" w14:textId="77777777" w:rsidR="00CD5571" w:rsidRDefault="00CD5571" w:rsidP="00D32A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037FBD" w14:textId="77777777" w:rsidR="00CD5571" w:rsidRDefault="00CD5571" w:rsidP="00D32A76">
      <w:pPr>
        <w:spacing w:after="0" w:line="240" w:lineRule="auto"/>
      </w:pPr>
      <w:r>
        <w:separator/>
      </w:r>
    </w:p>
  </w:footnote>
  <w:footnote w:type="continuationSeparator" w:id="0">
    <w:p w14:paraId="6578A8B6" w14:textId="77777777" w:rsidR="00CD5571" w:rsidRDefault="00CD5571" w:rsidP="00D32A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74DC867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43B377B9"/>
    <w:multiLevelType w:val="hybridMultilevel"/>
    <w:tmpl w:val="70F4A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B25B70"/>
    <w:multiLevelType w:val="hybridMultilevel"/>
    <w:tmpl w:val="57501D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77A2D8A">
      <w:start w:val="1"/>
      <w:numFmt w:val="bullet"/>
      <w:lvlText w:val="•"/>
      <w:lvlJc w:val="left"/>
      <w:pPr>
        <w:ind w:left="1800" w:hanging="720"/>
      </w:pPr>
      <w:rPr>
        <w:rFonts w:ascii="Calibri" w:eastAsiaTheme="minorEastAsia" w:hAnsi="Calibri" w:cs="Calibri" w:hint="default"/>
      </w:rPr>
    </w:lvl>
    <w:lvl w:ilvl="2" w:tplc="17321F72">
      <w:start w:val="1"/>
      <w:numFmt w:val="upperLetter"/>
      <w:lvlText w:val="%3.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07E5D"/>
    <w:rsid w:val="0015074B"/>
    <w:rsid w:val="0029639D"/>
    <w:rsid w:val="00326F90"/>
    <w:rsid w:val="003477A2"/>
    <w:rsid w:val="003A019B"/>
    <w:rsid w:val="005C670D"/>
    <w:rsid w:val="00620118"/>
    <w:rsid w:val="0065771D"/>
    <w:rsid w:val="00662EE3"/>
    <w:rsid w:val="007C2B87"/>
    <w:rsid w:val="008972A9"/>
    <w:rsid w:val="0095608C"/>
    <w:rsid w:val="009B7216"/>
    <w:rsid w:val="00AA1D8D"/>
    <w:rsid w:val="00AB4574"/>
    <w:rsid w:val="00B47730"/>
    <w:rsid w:val="00C07571"/>
    <w:rsid w:val="00C470B4"/>
    <w:rsid w:val="00CB0664"/>
    <w:rsid w:val="00CD5571"/>
    <w:rsid w:val="00D32A76"/>
    <w:rsid w:val="00DD1D19"/>
    <w:rsid w:val="00ED5433"/>
    <w:rsid w:val="00F21F3E"/>
    <w:rsid w:val="00F30780"/>
    <w:rsid w:val="00FC693F"/>
    <w:rsid w:val="06A78F8A"/>
    <w:rsid w:val="0D081F4D"/>
    <w:rsid w:val="1C869BE9"/>
    <w:rsid w:val="2DD8D726"/>
    <w:rsid w:val="3680309E"/>
    <w:rsid w:val="3D987BE8"/>
    <w:rsid w:val="3F177A22"/>
    <w:rsid w:val="41851CC1"/>
    <w:rsid w:val="427B83AB"/>
    <w:rsid w:val="50C66BFD"/>
    <w:rsid w:val="53165CBE"/>
    <w:rsid w:val="5630167A"/>
    <w:rsid w:val="614B5D56"/>
    <w:rsid w:val="71F0888D"/>
    <w:rsid w:val="7C62C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4:docId w14:val="24062061"/>
  <w14:defaultImageDpi w14:val="300"/>
  <w15:docId w15:val="{13F4F9AF-E594-4FBB-98CC-1B5A18118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232</Words>
  <Characters>1327</Characters>
  <Application>Microsoft Office Word</Application>
  <DocSecurity>0</DocSecurity>
  <Lines>11</Lines>
  <Paragraphs>3</Paragraphs>
  <ScaleCrop>false</ScaleCrop>
  <Manager/>
  <Company/>
  <LinksUpToDate>false</LinksUpToDate>
  <CharactersWithSpaces>1556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CHAN, phoebe HC [APSS]</cp:lastModifiedBy>
  <cp:revision>22</cp:revision>
  <dcterms:created xsi:type="dcterms:W3CDTF">2013-12-23T23:15:00Z</dcterms:created>
  <dcterms:modified xsi:type="dcterms:W3CDTF">2025-08-22T09:38:00Z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cb04efca-16c5-4409-a2a8-668ca7bb3011</vt:lpwstr>
  </property>
</Properties>
</file>